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7"/>
        <w:gridCol w:w="1414"/>
        <w:gridCol w:w="427"/>
        <w:gridCol w:w="859"/>
        <w:gridCol w:w="195"/>
        <w:gridCol w:w="1242"/>
        <w:gridCol w:w="757"/>
        <w:gridCol w:w="427"/>
        <w:gridCol w:w="420"/>
        <w:gridCol w:w="889"/>
        <w:gridCol w:w="213"/>
        <w:gridCol w:w="1100"/>
      </w:tblGrid>
      <w:tr w:rsidR="005E6EEC" w14:paraId="61EBBE31" w14:textId="77777777" w:rsidTr="00D672F1">
        <w:tc>
          <w:tcPr>
            <w:tcW w:w="2898" w:type="dxa"/>
            <w:tcBorders>
              <w:top w:val="single" w:sz="24" w:space="0" w:color="auto"/>
              <w:bottom w:val="single" w:sz="24" w:space="0" w:color="auto"/>
            </w:tcBorders>
          </w:tcPr>
          <w:p w14:paraId="6A8AC32A" w14:textId="77777777" w:rsidR="00D013C4" w:rsidRDefault="002401D6" w:rsidP="00764DD2">
            <w:pPr>
              <w:spacing w:after="0" w:line="240" w:lineRule="auto"/>
              <w:rPr>
                <w:sz w:val="20"/>
                <w:szCs w:val="20"/>
              </w:rPr>
            </w:pPr>
            <w:r w:rsidRPr="00D013C4">
              <w:rPr>
                <w:sz w:val="20"/>
                <w:szCs w:val="20"/>
              </w:rPr>
              <w:t xml:space="preserve">Section &amp; Script </w:t>
            </w:r>
          </w:p>
          <w:p w14:paraId="6B6EEE8F" w14:textId="761DA689" w:rsidR="005E6EEC" w:rsidRDefault="002401D6" w:rsidP="00764DD2">
            <w:pPr>
              <w:spacing w:after="0" w:line="240" w:lineRule="auto"/>
            </w:pPr>
            <w:r w:rsidRPr="00D013C4">
              <w:rPr>
                <w:sz w:val="20"/>
                <w:szCs w:val="20"/>
              </w:rPr>
              <w:t>(Presiding Officer / Secretary)</w:t>
            </w:r>
          </w:p>
        </w:tc>
        <w:tc>
          <w:tcPr>
            <w:tcW w:w="8100" w:type="dxa"/>
            <w:gridSpan w:val="11"/>
            <w:tcBorders>
              <w:top w:val="single" w:sz="24" w:space="0" w:color="auto"/>
            </w:tcBorders>
            <w:shd w:val="clear" w:color="auto" w:fill="000000" w:themeFill="text1"/>
          </w:tcPr>
          <w:p w14:paraId="41E6565E" w14:textId="77777777" w:rsidR="005E6EEC" w:rsidRDefault="004537D8" w:rsidP="00EB641D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Southwest DeKalb Alumni Association Inc. </w:t>
            </w:r>
          </w:p>
          <w:p w14:paraId="19C2D17F" w14:textId="0E06E7CA" w:rsidR="00EB641D" w:rsidRPr="00764DD2" w:rsidRDefault="00EB641D" w:rsidP="00EB641D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Recording of the Official Minutes </w:t>
            </w:r>
          </w:p>
        </w:tc>
      </w:tr>
      <w:tr w:rsidR="00764DD2" w14:paraId="66C36910" w14:textId="77777777" w:rsidTr="00D013C4">
        <w:trPr>
          <w:trHeight w:val="377"/>
        </w:trPr>
        <w:tc>
          <w:tcPr>
            <w:tcW w:w="2898" w:type="dxa"/>
            <w:vMerge w:val="restart"/>
            <w:tcBorders>
              <w:top w:val="single" w:sz="24" w:space="0" w:color="auto"/>
            </w:tcBorders>
          </w:tcPr>
          <w:p w14:paraId="2BEC3B76" w14:textId="77777777" w:rsidR="00764DD2" w:rsidRPr="00764DD2" w:rsidRDefault="00764DD2" w:rsidP="00764DD2">
            <w:pPr>
              <w:spacing w:after="0"/>
              <w:rPr>
                <w:sz w:val="20"/>
                <w:szCs w:val="20"/>
              </w:rPr>
            </w:pPr>
            <w:r w:rsidRPr="00764DD2">
              <w:rPr>
                <w:sz w:val="20"/>
                <w:szCs w:val="20"/>
              </w:rPr>
              <w:t>1. Call to Order</w:t>
            </w:r>
            <w:r w:rsidRPr="00764DD2">
              <w:rPr>
                <w:sz w:val="20"/>
                <w:szCs w:val="20"/>
              </w:rPr>
              <w:br/>
            </w:r>
            <w:r w:rsidRPr="00426DBE">
              <w:rPr>
                <w:i/>
                <w:iCs/>
                <w:sz w:val="20"/>
                <w:szCs w:val="20"/>
              </w:rPr>
              <w:br/>
              <w:t>Presiding Officer: “The meeting will come to order. The time is [state time].”</w:t>
            </w:r>
          </w:p>
        </w:tc>
        <w:tc>
          <w:tcPr>
            <w:tcW w:w="1890" w:type="dxa"/>
            <w:gridSpan w:val="2"/>
          </w:tcPr>
          <w:p w14:paraId="5BBF7211" w14:textId="44214660" w:rsidR="00764DD2" w:rsidRPr="00D013C4" w:rsidRDefault="00764DD2" w:rsidP="00FB5DC4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D013C4">
              <w:rPr>
                <w:sz w:val="20"/>
                <w:szCs w:val="20"/>
              </w:rPr>
              <w:t>Presiding Officer:</w:t>
            </w:r>
          </w:p>
        </w:tc>
        <w:tc>
          <w:tcPr>
            <w:tcW w:w="6210" w:type="dxa"/>
            <w:gridSpan w:val="9"/>
          </w:tcPr>
          <w:p w14:paraId="20B1F9A8" w14:textId="77EF0E35" w:rsidR="00764DD2" w:rsidRPr="00D013C4" w:rsidRDefault="0066233F" w:rsidP="00764DD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Kurtis Greene-Richards</w:t>
            </w:r>
          </w:p>
        </w:tc>
      </w:tr>
      <w:tr w:rsidR="00764DD2" w14:paraId="0E030AAD" w14:textId="77777777" w:rsidTr="00D013C4">
        <w:trPr>
          <w:trHeight w:val="378"/>
        </w:trPr>
        <w:tc>
          <w:tcPr>
            <w:tcW w:w="2898" w:type="dxa"/>
            <w:vMerge/>
          </w:tcPr>
          <w:p w14:paraId="63C5BA5E" w14:textId="77777777" w:rsidR="00764DD2" w:rsidRPr="00764DD2" w:rsidRDefault="00764DD2" w:rsidP="00764D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90" w:type="dxa"/>
            <w:gridSpan w:val="2"/>
          </w:tcPr>
          <w:p w14:paraId="0DE4B7E9" w14:textId="0AB10534" w:rsidR="00764DD2" w:rsidRPr="00D013C4" w:rsidRDefault="00764DD2" w:rsidP="00FB5DC4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D013C4">
              <w:rPr>
                <w:sz w:val="20"/>
                <w:szCs w:val="20"/>
              </w:rPr>
              <w:t>Location:</w:t>
            </w:r>
          </w:p>
        </w:tc>
        <w:tc>
          <w:tcPr>
            <w:tcW w:w="6210" w:type="dxa"/>
            <w:gridSpan w:val="9"/>
          </w:tcPr>
          <w:p w14:paraId="338B9C97" w14:textId="27671A3E" w:rsidR="00764DD2" w:rsidRPr="00D013C4" w:rsidRDefault="0066233F" w:rsidP="00764DD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Virtual</w:t>
            </w:r>
          </w:p>
        </w:tc>
      </w:tr>
      <w:tr w:rsidR="00764DD2" w14:paraId="7DB0E13D" w14:textId="77777777" w:rsidTr="00D013C4">
        <w:trPr>
          <w:trHeight w:val="378"/>
        </w:trPr>
        <w:tc>
          <w:tcPr>
            <w:tcW w:w="2898" w:type="dxa"/>
            <w:vMerge/>
          </w:tcPr>
          <w:p w14:paraId="25BD3CB5" w14:textId="77777777" w:rsidR="00764DD2" w:rsidRPr="00764DD2" w:rsidRDefault="00764DD2" w:rsidP="00764D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90" w:type="dxa"/>
            <w:gridSpan w:val="2"/>
          </w:tcPr>
          <w:p w14:paraId="502CE1BE" w14:textId="7E9A90C6" w:rsidR="00764DD2" w:rsidRPr="00D013C4" w:rsidRDefault="00764DD2" w:rsidP="00FB5DC4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D013C4">
              <w:rPr>
                <w:sz w:val="20"/>
                <w:szCs w:val="20"/>
              </w:rPr>
              <w:t>Date:</w:t>
            </w:r>
          </w:p>
        </w:tc>
        <w:tc>
          <w:tcPr>
            <w:tcW w:w="3105" w:type="dxa"/>
            <w:gridSpan w:val="4"/>
          </w:tcPr>
          <w:p w14:paraId="4A38EC8A" w14:textId="5FE4D07E" w:rsidR="00764DD2" w:rsidRPr="00D013C4" w:rsidRDefault="0066233F" w:rsidP="00764DD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2/14/2026</w:t>
            </w:r>
          </w:p>
        </w:tc>
        <w:tc>
          <w:tcPr>
            <w:tcW w:w="3105" w:type="dxa"/>
            <w:gridSpan w:val="5"/>
            <w:vMerge w:val="restart"/>
          </w:tcPr>
          <w:p w14:paraId="0E27A060" w14:textId="77777777" w:rsidR="00764DD2" w:rsidRPr="00D013C4" w:rsidRDefault="00764DD2" w:rsidP="00764DD2">
            <w:pPr>
              <w:spacing w:after="0" w:line="240" w:lineRule="auto"/>
              <w:rPr>
                <w:sz w:val="20"/>
                <w:szCs w:val="20"/>
              </w:rPr>
            </w:pPr>
            <w:r w:rsidRPr="00D013C4">
              <w:rPr>
                <w:sz w:val="20"/>
                <w:szCs w:val="20"/>
              </w:rPr>
              <w:t xml:space="preserve">Type of Meeting: </w:t>
            </w:r>
          </w:p>
          <w:p w14:paraId="3957B683" w14:textId="77777777" w:rsidR="00764DD2" w:rsidRPr="00D013C4" w:rsidRDefault="00764DD2" w:rsidP="00764DD2">
            <w:pPr>
              <w:spacing w:after="0" w:line="240" w:lineRule="auto"/>
              <w:rPr>
                <w:sz w:val="20"/>
                <w:szCs w:val="20"/>
              </w:rPr>
            </w:pPr>
            <w:r w:rsidRPr="0066233F">
              <w:rPr>
                <w:sz w:val="20"/>
                <w:szCs w:val="20"/>
                <w:shd w:val="clear" w:color="auto" w:fill="000000" w:themeFill="text1"/>
              </w:rPr>
              <w:t xml:space="preserve">☐ </w:t>
            </w:r>
            <w:r w:rsidRPr="00D013C4">
              <w:rPr>
                <w:sz w:val="20"/>
                <w:szCs w:val="20"/>
              </w:rPr>
              <w:t xml:space="preserve">Regular </w:t>
            </w:r>
          </w:p>
          <w:p w14:paraId="67CEA586" w14:textId="21404304" w:rsidR="00764DD2" w:rsidRPr="00D013C4" w:rsidRDefault="00764DD2" w:rsidP="00764DD2">
            <w:pPr>
              <w:spacing w:after="0" w:line="240" w:lineRule="auto"/>
              <w:rPr>
                <w:sz w:val="20"/>
                <w:szCs w:val="20"/>
              </w:rPr>
            </w:pPr>
            <w:r w:rsidRPr="00D013C4">
              <w:rPr>
                <w:sz w:val="20"/>
                <w:szCs w:val="20"/>
              </w:rPr>
              <w:t>☐ Special</w:t>
            </w:r>
          </w:p>
        </w:tc>
      </w:tr>
      <w:tr w:rsidR="00764DD2" w14:paraId="3BBE95BC" w14:textId="77777777" w:rsidTr="00D013C4">
        <w:trPr>
          <w:trHeight w:val="378"/>
        </w:trPr>
        <w:tc>
          <w:tcPr>
            <w:tcW w:w="2898" w:type="dxa"/>
            <w:vMerge/>
            <w:tcBorders>
              <w:bottom w:val="single" w:sz="24" w:space="0" w:color="auto"/>
            </w:tcBorders>
          </w:tcPr>
          <w:p w14:paraId="05BDE005" w14:textId="77777777" w:rsidR="00764DD2" w:rsidRPr="00764DD2" w:rsidRDefault="00764DD2" w:rsidP="00764D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90" w:type="dxa"/>
            <w:gridSpan w:val="2"/>
            <w:tcBorders>
              <w:bottom w:val="single" w:sz="24" w:space="0" w:color="auto"/>
            </w:tcBorders>
          </w:tcPr>
          <w:p w14:paraId="47CFE6B2" w14:textId="4E2BBA65" w:rsidR="00764DD2" w:rsidRPr="00D013C4" w:rsidRDefault="00764DD2" w:rsidP="00FB5DC4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D013C4">
              <w:rPr>
                <w:sz w:val="20"/>
                <w:szCs w:val="20"/>
              </w:rPr>
              <w:t>Time:</w:t>
            </w:r>
          </w:p>
        </w:tc>
        <w:tc>
          <w:tcPr>
            <w:tcW w:w="3105" w:type="dxa"/>
            <w:gridSpan w:val="4"/>
          </w:tcPr>
          <w:p w14:paraId="58100EDF" w14:textId="281DBE3E" w:rsidR="00764DD2" w:rsidRPr="00764DD2" w:rsidRDefault="00805663" w:rsidP="00764DD2">
            <w:pPr>
              <w:spacing w:after="0" w:line="240" w:lineRule="auto"/>
            </w:pPr>
            <w:r>
              <w:t>12:03pm</w:t>
            </w:r>
          </w:p>
        </w:tc>
        <w:tc>
          <w:tcPr>
            <w:tcW w:w="3105" w:type="dxa"/>
            <w:gridSpan w:val="5"/>
            <w:vMerge/>
          </w:tcPr>
          <w:p w14:paraId="6047C0DC" w14:textId="4EB02F36" w:rsidR="00764DD2" w:rsidRDefault="00764DD2" w:rsidP="00764DD2">
            <w:pPr>
              <w:spacing w:after="0" w:line="240" w:lineRule="auto"/>
            </w:pPr>
          </w:p>
        </w:tc>
      </w:tr>
      <w:tr w:rsidR="00DF0447" w14:paraId="61BF3C36" w14:textId="77777777" w:rsidTr="00D672F1">
        <w:trPr>
          <w:trHeight w:val="285"/>
        </w:trPr>
        <w:tc>
          <w:tcPr>
            <w:tcW w:w="2898" w:type="dxa"/>
            <w:vMerge w:val="restart"/>
            <w:tcBorders>
              <w:top w:val="single" w:sz="24" w:space="0" w:color="auto"/>
            </w:tcBorders>
          </w:tcPr>
          <w:p w14:paraId="71A26C24" w14:textId="77777777" w:rsidR="00DF0447" w:rsidRPr="00764DD2" w:rsidRDefault="00DF0447" w:rsidP="00764DD2">
            <w:pPr>
              <w:spacing w:after="0"/>
              <w:rPr>
                <w:sz w:val="20"/>
                <w:szCs w:val="20"/>
              </w:rPr>
            </w:pPr>
            <w:r w:rsidRPr="00764DD2">
              <w:rPr>
                <w:sz w:val="20"/>
                <w:szCs w:val="20"/>
              </w:rPr>
              <w:t>2. Roll Call / Attendance</w:t>
            </w:r>
            <w:r w:rsidRPr="00764DD2">
              <w:rPr>
                <w:sz w:val="20"/>
                <w:szCs w:val="20"/>
              </w:rPr>
              <w:br/>
            </w:r>
            <w:r w:rsidRPr="00764DD2">
              <w:rPr>
                <w:sz w:val="20"/>
                <w:szCs w:val="20"/>
              </w:rPr>
              <w:br/>
            </w:r>
            <w:r w:rsidRPr="00426DBE">
              <w:rPr>
                <w:i/>
                <w:iCs/>
                <w:sz w:val="20"/>
                <w:szCs w:val="20"/>
              </w:rPr>
              <w:t>Presiding Officer: “The Secretary will please call the roll.”</w:t>
            </w:r>
            <w:r w:rsidRPr="00426DBE">
              <w:rPr>
                <w:i/>
                <w:iCs/>
                <w:sz w:val="20"/>
                <w:szCs w:val="20"/>
              </w:rPr>
              <w:br/>
            </w:r>
            <w:r w:rsidRPr="00426DBE">
              <w:rPr>
                <w:i/>
                <w:iCs/>
                <w:sz w:val="20"/>
                <w:szCs w:val="20"/>
              </w:rPr>
              <w:br/>
              <w:t>Secretary: Reads names aloud, marks present/absent.</w:t>
            </w:r>
          </w:p>
        </w:tc>
        <w:tc>
          <w:tcPr>
            <w:tcW w:w="2970" w:type="dxa"/>
            <w:gridSpan w:val="4"/>
            <w:shd w:val="clear" w:color="auto" w:fill="000000" w:themeFill="text1"/>
          </w:tcPr>
          <w:p w14:paraId="2FDCD235" w14:textId="072142CB" w:rsidR="00DF0447" w:rsidRPr="00D013C4" w:rsidRDefault="00DF0447" w:rsidP="00764DD2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013C4">
              <w:rPr>
                <w:b/>
                <w:bCs/>
                <w:sz w:val="20"/>
                <w:szCs w:val="20"/>
              </w:rPr>
              <w:t xml:space="preserve">Name: </w:t>
            </w:r>
          </w:p>
        </w:tc>
        <w:tc>
          <w:tcPr>
            <w:tcW w:w="2904" w:type="dxa"/>
            <w:gridSpan w:val="4"/>
            <w:shd w:val="clear" w:color="auto" w:fill="000000" w:themeFill="text1"/>
          </w:tcPr>
          <w:p w14:paraId="457917A4" w14:textId="44031CD7" w:rsidR="00DF0447" w:rsidRPr="00D013C4" w:rsidRDefault="00DF0447" w:rsidP="00764DD2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013C4">
              <w:rPr>
                <w:b/>
                <w:bCs/>
                <w:sz w:val="20"/>
                <w:szCs w:val="20"/>
              </w:rPr>
              <w:t xml:space="preserve">Title </w:t>
            </w:r>
          </w:p>
        </w:tc>
        <w:tc>
          <w:tcPr>
            <w:tcW w:w="1113" w:type="dxa"/>
            <w:gridSpan w:val="2"/>
            <w:shd w:val="clear" w:color="auto" w:fill="000000" w:themeFill="text1"/>
          </w:tcPr>
          <w:p w14:paraId="530EBF6A" w14:textId="4736AFF6" w:rsidR="00DF0447" w:rsidRPr="00D013C4" w:rsidRDefault="00DF0447" w:rsidP="00764DD2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013C4">
              <w:rPr>
                <w:b/>
                <w:bCs/>
                <w:sz w:val="20"/>
                <w:szCs w:val="20"/>
              </w:rPr>
              <w:t>Present</w:t>
            </w:r>
          </w:p>
        </w:tc>
        <w:tc>
          <w:tcPr>
            <w:tcW w:w="1113" w:type="dxa"/>
            <w:shd w:val="clear" w:color="auto" w:fill="000000" w:themeFill="text1"/>
          </w:tcPr>
          <w:p w14:paraId="7F1B9F67" w14:textId="1BC893AF" w:rsidR="00DF0447" w:rsidRPr="00D013C4" w:rsidRDefault="00DF0447" w:rsidP="00764DD2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013C4">
              <w:rPr>
                <w:b/>
                <w:bCs/>
                <w:sz w:val="20"/>
                <w:szCs w:val="20"/>
              </w:rPr>
              <w:t>Absent</w:t>
            </w:r>
          </w:p>
        </w:tc>
      </w:tr>
      <w:tr w:rsidR="00DF0447" w14:paraId="7861A489" w14:textId="77777777" w:rsidTr="00EE54E9">
        <w:trPr>
          <w:trHeight w:val="20"/>
        </w:trPr>
        <w:tc>
          <w:tcPr>
            <w:tcW w:w="2898" w:type="dxa"/>
            <w:vMerge/>
          </w:tcPr>
          <w:p w14:paraId="7BD3A4BF" w14:textId="77777777" w:rsidR="00DF0447" w:rsidRPr="00764DD2" w:rsidRDefault="00DF0447" w:rsidP="0012507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970" w:type="dxa"/>
            <w:gridSpan w:val="4"/>
          </w:tcPr>
          <w:p w14:paraId="66C5CA73" w14:textId="64E7C6BD" w:rsidR="00DF0447" w:rsidRPr="00D013C4" w:rsidRDefault="00C625CE" w:rsidP="0012507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2904" w:type="dxa"/>
            <w:gridSpan w:val="4"/>
          </w:tcPr>
          <w:p w14:paraId="4CF49177" w14:textId="0ABB7F01" w:rsidR="00DF0447" w:rsidRPr="00D013C4" w:rsidRDefault="00DF0447" w:rsidP="00125079">
            <w:pPr>
              <w:spacing w:after="0" w:line="240" w:lineRule="auto"/>
              <w:rPr>
                <w:sz w:val="20"/>
                <w:szCs w:val="20"/>
              </w:rPr>
            </w:pPr>
            <w:r w:rsidRPr="00D013C4">
              <w:rPr>
                <w:sz w:val="20"/>
                <w:szCs w:val="20"/>
              </w:rPr>
              <w:t>President</w:t>
            </w:r>
          </w:p>
        </w:tc>
        <w:tc>
          <w:tcPr>
            <w:tcW w:w="1113" w:type="dxa"/>
            <w:gridSpan w:val="2"/>
          </w:tcPr>
          <w:p w14:paraId="05E2D24E" w14:textId="4832D64B" w:rsidR="00DF0447" w:rsidRPr="00D013C4" w:rsidRDefault="00601768" w:rsidP="0012507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1113" w:type="dxa"/>
          </w:tcPr>
          <w:p w14:paraId="01641AB8" w14:textId="50346A67" w:rsidR="00DF0447" w:rsidRPr="00D013C4" w:rsidRDefault="00DF0447" w:rsidP="0012507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F0447" w14:paraId="66B3DBC1" w14:textId="77777777" w:rsidTr="00EE54E9">
        <w:trPr>
          <w:trHeight w:val="20"/>
        </w:trPr>
        <w:tc>
          <w:tcPr>
            <w:tcW w:w="2898" w:type="dxa"/>
            <w:vMerge/>
          </w:tcPr>
          <w:p w14:paraId="54F2159A" w14:textId="77777777" w:rsidR="00DF0447" w:rsidRPr="00764DD2" w:rsidRDefault="00DF0447" w:rsidP="0012507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970" w:type="dxa"/>
            <w:gridSpan w:val="4"/>
          </w:tcPr>
          <w:p w14:paraId="096BFF25" w14:textId="0049C027" w:rsidR="00DF0447" w:rsidRPr="00D013C4" w:rsidRDefault="00125079" w:rsidP="00125079">
            <w:pPr>
              <w:spacing w:after="0" w:line="240" w:lineRule="auto"/>
              <w:rPr>
                <w:sz w:val="20"/>
                <w:szCs w:val="20"/>
              </w:rPr>
            </w:pPr>
            <w:r w:rsidRPr="00D013C4">
              <w:rPr>
                <w:sz w:val="20"/>
                <w:szCs w:val="20"/>
              </w:rPr>
              <w:t>Soleil Hamlett</w:t>
            </w:r>
          </w:p>
        </w:tc>
        <w:tc>
          <w:tcPr>
            <w:tcW w:w="2904" w:type="dxa"/>
            <w:gridSpan w:val="4"/>
          </w:tcPr>
          <w:p w14:paraId="0F27E96A" w14:textId="3FBA13E4" w:rsidR="00DF0447" w:rsidRPr="00D013C4" w:rsidRDefault="00DF0447" w:rsidP="00125079">
            <w:pPr>
              <w:spacing w:after="0" w:line="240" w:lineRule="auto"/>
              <w:rPr>
                <w:sz w:val="20"/>
                <w:szCs w:val="20"/>
              </w:rPr>
            </w:pPr>
            <w:r w:rsidRPr="00D013C4">
              <w:rPr>
                <w:sz w:val="20"/>
                <w:szCs w:val="20"/>
              </w:rPr>
              <w:t>Vice-President</w:t>
            </w:r>
          </w:p>
        </w:tc>
        <w:tc>
          <w:tcPr>
            <w:tcW w:w="1113" w:type="dxa"/>
            <w:gridSpan w:val="2"/>
          </w:tcPr>
          <w:p w14:paraId="277BB751" w14:textId="665A2534" w:rsidR="00DF0447" w:rsidRPr="00D013C4" w:rsidRDefault="00601768" w:rsidP="0060176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13" w:type="dxa"/>
          </w:tcPr>
          <w:p w14:paraId="6633A7A9" w14:textId="6112C0CF" w:rsidR="00DF0447" w:rsidRPr="00D013C4" w:rsidRDefault="00DF0447" w:rsidP="0012507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F0447" w14:paraId="7D160E4C" w14:textId="77777777" w:rsidTr="00EE54E9">
        <w:trPr>
          <w:trHeight w:val="20"/>
        </w:trPr>
        <w:tc>
          <w:tcPr>
            <w:tcW w:w="2898" w:type="dxa"/>
            <w:vMerge/>
          </w:tcPr>
          <w:p w14:paraId="1D026165" w14:textId="77777777" w:rsidR="00DF0447" w:rsidRPr="00764DD2" w:rsidRDefault="00DF0447" w:rsidP="0012507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970" w:type="dxa"/>
            <w:gridSpan w:val="4"/>
          </w:tcPr>
          <w:p w14:paraId="050AFA71" w14:textId="7AE1A0A0" w:rsidR="00DF0447" w:rsidRPr="00D013C4" w:rsidRDefault="00C625CE" w:rsidP="0012507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Duntay Seay</w:t>
            </w:r>
          </w:p>
        </w:tc>
        <w:tc>
          <w:tcPr>
            <w:tcW w:w="2904" w:type="dxa"/>
            <w:gridSpan w:val="4"/>
          </w:tcPr>
          <w:p w14:paraId="11367FFE" w14:textId="22685B7B" w:rsidR="00DF0447" w:rsidRPr="00D013C4" w:rsidRDefault="00DF0447" w:rsidP="00125079">
            <w:pPr>
              <w:spacing w:after="0" w:line="240" w:lineRule="auto"/>
              <w:rPr>
                <w:sz w:val="20"/>
                <w:szCs w:val="20"/>
              </w:rPr>
            </w:pPr>
            <w:r w:rsidRPr="00D013C4">
              <w:rPr>
                <w:sz w:val="20"/>
                <w:szCs w:val="20"/>
              </w:rPr>
              <w:t>Parliamentarian</w:t>
            </w:r>
          </w:p>
        </w:tc>
        <w:tc>
          <w:tcPr>
            <w:tcW w:w="1113" w:type="dxa"/>
            <w:gridSpan w:val="2"/>
          </w:tcPr>
          <w:p w14:paraId="7DF2A78D" w14:textId="2B52392C" w:rsidR="00DF0447" w:rsidRPr="00D013C4" w:rsidRDefault="00601768" w:rsidP="0060176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13" w:type="dxa"/>
          </w:tcPr>
          <w:p w14:paraId="7F5F10D7" w14:textId="59D29032" w:rsidR="00DF0447" w:rsidRPr="00D013C4" w:rsidRDefault="00DF0447" w:rsidP="0012507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F0447" w14:paraId="40250AFB" w14:textId="77777777" w:rsidTr="00EE54E9">
        <w:trPr>
          <w:trHeight w:val="20"/>
        </w:trPr>
        <w:tc>
          <w:tcPr>
            <w:tcW w:w="2898" w:type="dxa"/>
            <w:vMerge/>
          </w:tcPr>
          <w:p w14:paraId="6CF203CB" w14:textId="77777777" w:rsidR="00DF0447" w:rsidRPr="00764DD2" w:rsidRDefault="00DF0447" w:rsidP="0012507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970" w:type="dxa"/>
            <w:gridSpan w:val="4"/>
          </w:tcPr>
          <w:p w14:paraId="1B887D68" w14:textId="3CBAC229" w:rsidR="00DF0447" w:rsidRPr="00D013C4" w:rsidRDefault="00125079" w:rsidP="00125079">
            <w:pPr>
              <w:spacing w:after="0" w:line="240" w:lineRule="auto"/>
              <w:rPr>
                <w:sz w:val="20"/>
                <w:szCs w:val="20"/>
              </w:rPr>
            </w:pPr>
            <w:r w:rsidRPr="00D013C4">
              <w:rPr>
                <w:sz w:val="20"/>
                <w:szCs w:val="20"/>
              </w:rPr>
              <w:t>Oneka Willabus</w:t>
            </w:r>
          </w:p>
        </w:tc>
        <w:tc>
          <w:tcPr>
            <w:tcW w:w="2904" w:type="dxa"/>
            <w:gridSpan w:val="4"/>
          </w:tcPr>
          <w:p w14:paraId="5E3FBF98" w14:textId="641F52E8" w:rsidR="00DF0447" w:rsidRPr="00D013C4" w:rsidRDefault="00DF0447" w:rsidP="00125079">
            <w:pPr>
              <w:spacing w:after="0" w:line="240" w:lineRule="auto"/>
              <w:rPr>
                <w:sz w:val="20"/>
                <w:szCs w:val="20"/>
              </w:rPr>
            </w:pPr>
            <w:r w:rsidRPr="00D013C4">
              <w:rPr>
                <w:sz w:val="20"/>
                <w:szCs w:val="20"/>
              </w:rPr>
              <w:t>Secretary</w:t>
            </w:r>
          </w:p>
        </w:tc>
        <w:tc>
          <w:tcPr>
            <w:tcW w:w="1113" w:type="dxa"/>
            <w:gridSpan w:val="2"/>
          </w:tcPr>
          <w:p w14:paraId="4EA608A1" w14:textId="0C681B70" w:rsidR="00DF0447" w:rsidRPr="00D013C4" w:rsidRDefault="00601768" w:rsidP="0060176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13" w:type="dxa"/>
          </w:tcPr>
          <w:p w14:paraId="52A5DD3B" w14:textId="77777777" w:rsidR="00DF0447" w:rsidRPr="00D013C4" w:rsidRDefault="00DF0447" w:rsidP="0012507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F0447" w14:paraId="01587721" w14:textId="77777777" w:rsidTr="00EE54E9">
        <w:trPr>
          <w:trHeight w:val="20"/>
        </w:trPr>
        <w:tc>
          <w:tcPr>
            <w:tcW w:w="2898" w:type="dxa"/>
            <w:vMerge/>
          </w:tcPr>
          <w:p w14:paraId="522F8619" w14:textId="77777777" w:rsidR="00DF0447" w:rsidRPr="00764DD2" w:rsidRDefault="00DF0447" w:rsidP="0012507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970" w:type="dxa"/>
            <w:gridSpan w:val="4"/>
          </w:tcPr>
          <w:p w14:paraId="683576F0" w14:textId="47C5608F" w:rsidR="00DF0447" w:rsidRPr="00D013C4" w:rsidRDefault="00125079" w:rsidP="00125079">
            <w:pPr>
              <w:spacing w:after="0" w:line="240" w:lineRule="auto"/>
              <w:rPr>
                <w:sz w:val="20"/>
                <w:szCs w:val="20"/>
              </w:rPr>
            </w:pPr>
            <w:r w:rsidRPr="00D013C4">
              <w:rPr>
                <w:sz w:val="20"/>
                <w:szCs w:val="20"/>
              </w:rPr>
              <w:t>Ahmed Hussein</w:t>
            </w:r>
          </w:p>
        </w:tc>
        <w:tc>
          <w:tcPr>
            <w:tcW w:w="2904" w:type="dxa"/>
            <w:gridSpan w:val="4"/>
          </w:tcPr>
          <w:p w14:paraId="6620BB50" w14:textId="264AB6A0" w:rsidR="00DF0447" w:rsidRPr="00D013C4" w:rsidRDefault="00DF0447" w:rsidP="00125079">
            <w:pPr>
              <w:spacing w:after="0" w:line="240" w:lineRule="auto"/>
              <w:rPr>
                <w:sz w:val="20"/>
                <w:szCs w:val="20"/>
              </w:rPr>
            </w:pPr>
            <w:r w:rsidRPr="00D013C4">
              <w:rPr>
                <w:sz w:val="20"/>
                <w:szCs w:val="20"/>
              </w:rPr>
              <w:t>Treasurer</w:t>
            </w:r>
          </w:p>
        </w:tc>
        <w:tc>
          <w:tcPr>
            <w:tcW w:w="1113" w:type="dxa"/>
            <w:gridSpan w:val="2"/>
          </w:tcPr>
          <w:p w14:paraId="2E7F043E" w14:textId="10F151FC" w:rsidR="00DF0447" w:rsidRPr="00D013C4" w:rsidRDefault="00601768" w:rsidP="0060176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13" w:type="dxa"/>
          </w:tcPr>
          <w:p w14:paraId="04385D1B" w14:textId="54647F93" w:rsidR="00DF0447" w:rsidRPr="00D013C4" w:rsidRDefault="00DF0447" w:rsidP="0012507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F0447" w14:paraId="54483A0E" w14:textId="77777777" w:rsidTr="00EE54E9">
        <w:trPr>
          <w:trHeight w:val="20"/>
        </w:trPr>
        <w:tc>
          <w:tcPr>
            <w:tcW w:w="2898" w:type="dxa"/>
            <w:vMerge/>
          </w:tcPr>
          <w:p w14:paraId="39DEE7CF" w14:textId="77777777" w:rsidR="00DF0447" w:rsidRPr="00764DD2" w:rsidRDefault="00DF0447" w:rsidP="0012507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970" w:type="dxa"/>
            <w:gridSpan w:val="4"/>
          </w:tcPr>
          <w:p w14:paraId="5E48932A" w14:textId="33B6DED4" w:rsidR="00DF0447" w:rsidRPr="00D013C4" w:rsidRDefault="00125079" w:rsidP="00125079">
            <w:pPr>
              <w:spacing w:after="0" w:line="240" w:lineRule="auto"/>
              <w:rPr>
                <w:sz w:val="20"/>
                <w:szCs w:val="20"/>
              </w:rPr>
            </w:pPr>
            <w:r w:rsidRPr="00D013C4">
              <w:rPr>
                <w:sz w:val="20"/>
                <w:szCs w:val="20"/>
              </w:rPr>
              <w:t>Nicholas Williams</w:t>
            </w:r>
          </w:p>
        </w:tc>
        <w:tc>
          <w:tcPr>
            <w:tcW w:w="2904" w:type="dxa"/>
            <w:gridSpan w:val="4"/>
          </w:tcPr>
          <w:p w14:paraId="2142A7E6" w14:textId="793D5081" w:rsidR="00DF0447" w:rsidRPr="00D013C4" w:rsidRDefault="00DF0447" w:rsidP="00125079">
            <w:pPr>
              <w:spacing w:after="0" w:line="240" w:lineRule="auto"/>
              <w:rPr>
                <w:sz w:val="20"/>
                <w:szCs w:val="20"/>
              </w:rPr>
            </w:pPr>
            <w:r w:rsidRPr="00D013C4">
              <w:rPr>
                <w:sz w:val="20"/>
                <w:szCs w:val="20"/>
              </w:rPr>
              <w:t>Director of Communications</w:t>
            </w:r>
          </w:p>
        </w:tc>
        <w:tc>
          <w:tcPr>
            <w:tcW w:w="1113" w:type="dxa"/>
            <w:gridSpan w:val="2"/>
          </w:tcPr>
          <w:p w14:paraId="220C7EAD" w14:textId="14E2F02A" w:rsidR="00DF0447" w:rsidRPr="00D013C4" w:rsidRDefault="00601768" w:rsidP="0060176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13" w:type="dxa"/>
          </w:tcPr>
          <w:p w14:paraId="376FBA3B" w14:textId="153B6132" w:rsidR="00DF0447" w:rsidRPr="00D013C4" w:rsidRDefault="00DF0447" w:rsidP="0012507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F0447" w14:paraId="152CB32E" w14:textId="77777777" w:rsidTr="00EE54E9">
        <w:trPr>
          <w:trHeight w:val="20"/>
        </w:trPr>
        <w:tc>
          <w:tcPr>
            <w:tcW w:w="2898" w:type="dxa"/>
            <w:vMerge/>
          </w:tcPr>
          <w:p w14:paraId="71E81602" w14:textId="77777777" w:rsidR="00DF0447" w:rsidRPr="00764DD2" w:rsidRDefault="00DF0447" w:rsidP="0012507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970" w:type="dxa"/>
            <w:gridSpan w:val="4"/>
          </w:tcPr>
          <w:p w14:paraId="32B211C1" w14:textId="39D01AEA" w:rsidR="00DF0447" w:rsidRPr="00D013C4" w:rsidRDefault="00C625CE" w:rsidP="0012507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Kurtis Greene-Richards</w:t>
            </w:r>
          </w:p>
        </w:tc>
        <w:tc>
          <w:tcPr>
            <w:tcW w:w="2904" w:type="dxa"/>
            <w:gridSpan w:val="4"/>
          </w:tcPr>
          <w:p w14:paraId="745FF80B" w14:textId="5F08F6B9" w:rsidR="00DF0447" w:rsidRPr="00D013C4" w:rsidRDefault="00DF0447" w:rsidP="00125079">
            <w:pPr>
              <w:spacing w:after="0" w:line="240" w:lineRule="auto"/>
              <w:rPr>
                <w:sz w:val="20"/>
                <w:szCs w:val="20"/>
              </w:rPr>
            </w:pPr>
            <w:r w:rsidRPr="00D013C4">
              <w:rPr>
                <w:sz w:val="20"/>
                <w:szCs w:val="20"/>
              </w:rPr>
              <w:t xml:space="preserve">Director of </w:t>
            </w:r>
            <w:r w:rsidR="00C625CE">
              <w:rPr>
                <w:sz w:val="20"/>
                <w:szCs w:val="20"/>
              </w:rPr>
              <w:t>Membership and Engagement</w:t>
            </w:r>
          </w:p>
        </w:tc>
        <w:tc>
          <w:tcPr>
            <w:tcW w:w="1113" w:type="dxa"/>
            <w:gridSpan w:val="2"/>
          </w:tcPr>
          <w:p w14:paraId="783B47B8" w14:textId="612436E6" w:rsidR="00DF0447" w:rsidRPr="00D013C4" w:rsidRDefault="00601768" w:rsidP="0060176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13" w:type="dxa"/>
          </w:tcPr>
          <w:p w14:paraId="6FA12C48" w14:textId="59AA603F" w:rsidR="00DF0447" w:rsidRPr="00D013C4" w:rsidRDefault="00DF0447" w:rsidP="0012507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25079" w14:paraId="4A6E8B59" w14:textId="77777777" w:rsidTr="00EE54E9">
        <w:trPr>
          <w:trHeight w:val="20"/>
        </w:trPr>
        <w:tc>
          <w:tcPr>
            <w:tcW w:w="2898" w:type="dxa"/>
            <w:vMerge/>
          </w:tcPr>
          <w:p w14:paraId="13A9D3C0" w14:textId="77777777" w:rsidR="00125079" w:rsidRPr="00764DD2" w:rsidRDefault="00125079" w:rsidP="0012507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874" w:type="dxa"/>
            <w:gridSpan w:val="8"/>
          </w:tcPr>
          <w:p w14:paraId="30B5BDB8" w14:textId="1CAC9A43" w:rsidR="00125079" w:rsidRPr="00D013C4" w:rsidRDefault="00125079" w:rsidP="00125079">
            <w:pPr>
              <w:spacing w:after="0" w:line="240" w:lineRule="auto"/>
              <w:rPr>
                <w:sz w:val="20"/>
                <w:szCs w:val="20"/>
              </w:rPr>
            </w:pPr>
            <w:r w:rsidRPr="00D013C4">
              <w:rPr>
                <w:sz w:val="20"/>
                <w:szCs w:val="20"/>
              </w:rPr>
              <w:t xml:space="preserve">Quorum = 2/3 of </w:t>
            </w:r>
            <w:r w:rsidR="00712E81">
              <w:rPr>
                <w:sz w:val="20"/>
                <w:szCs w:val="20"/>
              </w:rPr>
              <w:t>v</w:t>
            </w:r>
            <w:r w:rsidRPr="00D013C4">
              <w:rPr>
                <w:sz w:val="20"/>
                <w:szCs w:val="20"/>
              </w:rPr>
              <w:t xml:space="preserve">oting </w:t>
            </w:r>
            <w:r w:rsidR="00712E81">
              <w:rPr>
                <w:sz w:val="20"/>
                <w:szCs w:val="20"/>
              </w:rPr>
              <w:t>m</w:t>
            </w:r>
            <w:r w:rsidRPr="00D013C4">
              <w:rPr>
                <w:sz w:val="20"/>
                <w:szCs w:val="20"/>
              </w:rPr>
              <w:t>embers present for voting to take place.</w:t>
            </w:r>
          </w:p>
          <w:p w14:paraId="230A8506" w14:textId="77777777" w:rsidR="00125079" w:rsidRPr="00D013C4" w:rsidRDefault="00125079" w:rsidP="00125079">
            <w:pPr>
              <w:spacing w:after="0" w:line="240" w:lineRule="auto"/>
              <w:rPr>
                <w:sz w:val="20"/>
                <w:szCs w:val="20"/>
              </w:rPr>
            </w:pPr>
            <w:r w:rsidRPr="00D013C4">
              <w:rPr>
                <w:sz w:val="20"/>
                <w:szCs w:val="20"/>
              </w:rPr>
              <w:t xml:space="preserve">Quorum for 7 = 5 Board Members </w:t>
            </w:r>
          </w:p>
          <w:p w14:paraId="61F1C372" w14:textId="6BD6A3B1" w:rsidR="00125079" w:rsidRPr="00D013C4" w:rsidRDefault="00125079" w:rsidP="00125079">
            <w:pPr>
              <w:spacing w:after="0" w:line="240" w:lineRule="auto"/>
              <w:rPr>
                <w:sz w:val="20"/>
                <w:szCs w:val="20"/>
              </w:rPr>
            </w:pPr>
            <w:r w:rsidRPr="00D013C4">
              <w:rPr>
                <w:sz w:val="20"/>
                <w:szCs w:val="20"/>
              </w:rPr>
              <w:t>Quorum for 5 = 4 Board members</w:t>
            </w:r>
          </w:p>
        </w:tc>
        <w:tc>
          <w:tcPr>
            <w:tcW w:w="1113" w:type="dxa"/>
            <w:gridSpan w:val="2"/>
            <w:shd w:val="clear" w:color="auto" w:fill="000000" w:themeFill="text1"/>
            <w:vAlign w:val="center"/>
          </w:tcPr>
          <w:p w14:paraId="12E3C5F5" w14:textId="2AD1CD38" w:rsidR="00125079" w:rsidRPr="00D013C4" w:rsidRDefault="00125079" w:rsidP="00125079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013C4">
              <w:rPr>
                <w:b/>
                <w:bCs/>
                <w:sz w:val="20"/>
                <w:szCs w:val="20"/>
              </w:rPr>
              <w:t>Total Present</w:t>
            </w:r>
          </w:p>
        </w:tc>
        <w:tc>
          <w:tcPr>
            <w:tcW w:w="1113" w:type="dxa"/>
            <w:shd w:val="clear" w:color="auto" w:fill="000000" w:themeFill="text1"/>
            <w:vAlign w:val="center"/>
          </w:tcPr>
          <w:p w14:paraId="472DFDCD" w14:textId="5719723D" w:rsidR="00125079" w:rsidRPr="00D013C4" w:rsidRDefault="00125079" w:rsidP="00125079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013C4">
              <w:rPr>
                <w:b/>
                <w:bCs/>
                <w:sz w:val="20"/>
                <w:szCs w:val="20"/>
              </w:rPr>
              <w:t>Total Absent</w:t>
            </w:r>
          </w:p>
        </w:tc>
      </w:tr>
      <w:tr w:rsidR="00DF0447" w14:paraId="2ACF3188" w14:textId="77777777" w:rsidTr="00D672F1">
        <w:trPr>
          <w:trHeight w:val="285"/>
        </w:trPr>
        <w:tc>
          <w:tcPr>
            <w:tcW w:w="2898" w:type="dxa"/>
            <w:vMerge/>
            <w:tcBorders>
              <w:bottom w:val="single" w:sz="24" w:space="0" w:color="auto"/>
            </w:tcBorders>
          </w:tcPr>
          <w:p w14:paraId="6EE2AA46" w14:textId="77777777" w:rsidR="00DF0447" w:rsidRPr="00764DD2" w:rsidRDefault="00DF0447" w:rsidP="00426DB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970" w:type="dxa"/>
            <w:gridSpan w:val="4"/>
            <w:tcBorders>
              <w:bottom w:val="single" w:sz="24" w:space="0" w:color="auto"/>
            </w:tcBorders>
          </w:tcPr>
          <w:p w14:paraId="1E6F1ABF" w14:textId="1328F892" w:rsidR="00DF0447" w:rsidRPr="00D013C4" w:rsidRDefault="00125079" w:rsidP="00426DBE">
            <w:pPr>
              <w:spacing w:after="0"/>
              <w:rPr>
                <w:sz w:val="20"/>
                <w:szCs w:val="20"/>
              </w:rPr>
            </w:pPr>
            <w:r w:rsidRPr="00D013C4">
              <w:rPr>
                <w:sz w:val="20"/>
                <w:szCs w:val="20"/>
              </w:rPr>
              <w:t>Is there a quorum present?</w:t>
            </w:r>
          </w:p>
        </w:tc>
        <w:tc>
          <w:tcPr>
            <w:tcW w:w="2904" w:type="dxa"/>
            <w:gridSpan w:val="4"/>
            <w:tcBorders>
              <w:bottom w:val="single" w:sz="24" w:space="0" w:color="auto"/>
            </w:tcBorders>
          </w:tcPr>
          <w:p w14:paraId="2761E6E2" w14:textId="6B08273D" w:rsidR="00EE54E9" w:rsidRPr="00D013C4" w:rsidRDefault="00EE54E9" w:rsidP="00426DB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bottom w:val="single" w:sz="24" w:space="0" w:color="auto"/>
            </w:tcBorders>
          </w:tcPr>
          <w:p w14:paraId="6474388D" w14:textId="6153CFB0" w:rsidR="00DF0447" w:rsidRPr="00D013C4" w:rsidRDefault="00601768" w:rsidP="0060176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113" w:type="dxa"/>
            <w:tcBorders>
              <w:bottom w:val="single" w:sz="24" w:space="0" w:color="auto"/>
            </w:tcBorders>
          </w:tcPr>
          <w:p w14:paraId="08AB32F9" w14:textId="675387F9" w:rsidR="00DF0447" w:rsidRPr="00D013C4" w:rsidRDefault="00601768" w:rsidP="0060176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E6EEC" w14:paraId="5FF0F48D" w14:textId="77777777" w:rsidTr="00D672F1">
        <w:tc>
          <w:tcPr>
            <w:tcW w:w="2898" w:type="dxa"/>
            <w:tcBorders>
              <w:top w:val="single" w:sz="24" w:space="0" w:color="auto"/>
              <w:bottom w:val="single" w:sz="24" w:space="0" w:color="auto"/>
            </w:tcBorders>
          </w:tcPr>
          <w:p w14:paraId="0075BEF5" w14:textId="77777777" w:rsidR="005E6EEC" w:rsidRPr="00764DD2" w:rsidRDefault="002401D6" w:rsidP="00426DBE">
            <w:pPr>
              <w:spacing w:after="0" w:line="240" w:lineRule="auto"/>
              <w:rPr>
                <w:sz w:val="20"/>
                <w:szCs w:val="20"/>
              </w:rPr>
            </w:pPr>
            <w:r w:rsidRPr="00764DD2">
              <w:rPr>
                <w:sz w:val="20"/>
                <w:szCs w:val="20"/>
              </w:rPr>
              <w:t>3. Adoption of Agenda</w:t>
            </w:r>
            <w:r w:rsidRPr="00764DD2">
              <w:rPr>
                <w:sz w:val="20"/>
                <w:szCs w:val="20"/>
              </w:rPr>
              <w:br/>
            </w:r>
            <w:r w:rsidRPr="00764DD2">
              <w:rPr>
                <w:sz w:val="20"/>
                <w:szCs w:val="20"/>
              </w:rPr>
              <w:br/>
            </w:r>
            <w:r w:rsidRPr="00426DBE">
              <w:rPr>
                <w:i/>
                <w:iCs/>
                <w:sz w:val="20"/>
                <w:szCs w:val="20"/>
              </w:rPr>
              <w:t>Presiding Officer: “The agenda has been distributed. Are there any additions or changes?”</w:t>
            </w:r>
            <w:r w:rsidRPr="00426DBE">
              <w:rPr>
                <w:i/>
                <w:iCs/>
                <w:sz w:val="20"/>
                <w:szCs w:val="20"/>
              </w:rPr>
              <w:br/>
            </w:r>
            <w:r w:rsidRPr="00426DBE">
              <w:rPr>
                <w:i/>
                <w:iCs/>
                <w:sz w:val="20"/>
                <w:szCs w:val="20"/>
              </w:rPr>
              <w:br/>
              <w:t>If none: “Hearing none, the agenda stands adopted.”</w:t>
            </w:r>
            <w:r w:rsidRPr="00426DBE">
              <w:rPr>
                <w:i/>
                <w:iCs/>
                <w:sz w:val="20"/>
                <w:szCs w:val="20"/>
              </w:rPr>
              <w:br/>
              <w:t>If amended: “The agenda is adopted as amended.”</w:t>
            </w:r>
          </w:p>
        </w:tc>
        <w:tc>
          <w:tcPr>
            <w:tcW w:w="8100" w:type="dxa"/>
            <w:gridSpan w:val="11"/>
            <w:tcBorders>
              <w:bottom w:val="single" w:sz="24" w:space="0" w:color="auto"/>
            </w:tcBorders>
          </w:tcPr>
          <w:p w14:paraId="773B9080" w14:textId="77777777" w:rsidR="00187928" w:rsidRDefault="004F40F0">
            <w:pPr>
              <w:rPr>
                <w:sz w:val="20"/>
                <w:szCs w:val="20"/>
              </w:rPr>
            </w:pPr>
            <w:r w:rsidRPr="00D10A26">
              <w:rPr>
                <w:b/>
                <w:bCs/>
                <w:sz w:val="20"/>
                <w:szCs w:val="20"/>
              </w:rPr>
              <w:t>Special Meeting Note:</w:t>
            </w:r>
            <w:r w:rsidRPr="00D10A26">
              <w:rPr>
                <w:sz w:val="20"/>
                <w:szCs w:val="20"/>
              </w:rPr>
              <w:t xml:space="preserve"> For special meetings, the presiding officer should state at the beginning:</w:t>
            </w:r>
            <w:r>
              <w:rPr>
                <w:sz w:val="20"/>
                <w:szCs w:val="20"/>
              </w:rPr>
              <w:t xml:space="preserve"> </w:t>
            </w:r>
            <w:r w:rsidRPr="00D10A26">
              <w:rPr>
                <w:sz w:val="20"/>
                <w:szCs w:val="20"/>
              </w:rPr>
              <w:t>Presiding Officer: “This is a special meeting called for the purpose of [state purpose]. Only business stated in the official call may be considered.”</w:t>
            </w:r>
          </w:p>
          <w:p w14:paraId="402B8097" w14:textId="47E354DD" w:rsidR="005E6EEC" w:rsidRDefault="002401D6">
            <w:r>
              <w:t xml:space="preserve">Action: ☐ Adopted ☐ Adopted as amended </w:t>
            </w:r>
            <w:r>
              <w:br/>
              <w:t>Notes:</w:t>
            </w:r>
          </w:p>
        </w:tc>
      </w:tr>
      <w:tr w:rsidR="005E6EEC" w14:paraId="4C16C9B9" w14:textId="77777777" w:rsidTr="00D672F1">
        <w:tc>
          <w:tcPr>
            <w:tcW w:w="2898" w:type="dxa"/>
            <w:tcBorders>
              <w:top w:val="single" w:sz="24" w:space="0" w:color="auto"/>
              <w:bottom w:val="single" w:sz="24" w:space="0" w:color="auto"/>
            </w:tcBorders>
          </w:tcPr>
          <w:p w14:paraId="39E2A668" w14:textId="77777777" w:rsidR="005E6EEC" w:rsidRPr="00764DD2" w:rsidRDefault="002401D6" w:rsidP="00426DBE">
            <w:pPr>
              <w:spacing w:after="0" w:line="240" w:lineRule="auto"/>
              <w:rPr>
                <w:sz w:val="20"/>
                <w:szCs w:val="20"/>
              </w:rPr>
            </w:pPr>
            <w:r w:rsidRPr="00764DD2">
              <w:rPr>
                <w:sz w:val="20"/>
                <w:szCs w:val="20"/>
              </w:rPr>
              <w:t>4. Approval of Previous Minutes</w:t>
            </w:r>
            <w:r w:rsidRPr="00764DD2">
              <w:rPr>
                <w:sz w:val="20"/>
                <w:szCs w:val="20"/>
              </w:rPr>
              <w:br/>
            </w:r>
            <w:r w:rsidRPr="00764DD2">
              <w:rPr>
                <w:sz w:val="20"/>
                <w:szCs w:val="20"/>
              </w:rPr>
              <w:br/>
            </w:r>
            <w:r w:rsidRPr="00D66D93">
              <w:rPr>
                <w:i/>
                <w:iCs/>
                <w:sz w:val="20"/>
                <w:szCs w:val="20"/>
              </w:rPr>
              <w:t>Presiding Officer: “The Secretary will read the minutes of the previous meeting.”</w:t>
            </w:r>
            <w:r w:rsidRPr="00D66D93">
              <w:rPr>
                <w:i/>
                <w:iCs/>
                <w:sz w:val="20"/>
                <w:szCs w:val="20"/>
              </w:rPr>
              <w:br/>
              <w:t>(or) “The minutes have been distributed. Are there any corrections?”</w:t>
            </w:r>
            <w:r w:rsidRPr="00D66D93">
              <w:rPr>
                <w:i/>
                <w:iCs/>
                <w:sz w:val="20"/>
                <w:szCs w:val="20"/>
              </w:rPr>
              <w:br/>
            </w:r>
            <w:r w:rsidRPr="00764DD2">
              <w:rPr>
                <w:sz w:val="20"/>
                <w:szCs w:val="20"/>
              </w:rPr>
              <w:br/>
            </w:r>
            <w:r w:rsidRPr="00D66D93">
              <w:rPr>
                <w:i/>
                <w:iCs/>
                <w:sz w:val="20"/>
                <w:szCs w:val="20"/>
              </w:rPr>
              <w:t>If none: “The minutes stand approved.”</w:t>
            </w:r>
            <w:r w:rsidRPr="00D66D93">
              <w:rPr>
                <w:i/>
                <w:iCs/>
                <w:sz w:val="20"/>
                <w:szCs w:val="20"/>
              </w:rPr>
              <w:br/>
              <w:t>If corrected: “The minutes stand approved as corrected.”</w:t>
            </w:r>
          </w:p>
        </w:tc>
        <w:tc>
          <w:tcPr>
            <w:tcW w:w="8100" w:type="dxa"/>
            <w:gridSpan w:val="11"/>
            <w:tcBorders>
              <w:top w:val="single" w:sz="24" w:space="0" w:color="auto"/>
              <w:bottom w:val="single" w:sz="24" w:space="0" w:color="auto"/>
            </w:tcBorders>
          </w:tcPr>
          <w:p w14:paraId="4716ADCF" w14:textId="2845BC0C" w:rsidR="005E6EEC" w:rsidRDefault="002401D6">
            <w:r>
              <w:t>Motion: _____</w:t>
            </w:r>
            <w:r w:rsidR="00B32E83">
              <w:t>Nicholas Williams</w:t>
            </w:r>
            <w:r>
              <w:t>______________________</w:t>
            </w:r>
            <w:r>
              <w:br/>
              <w:t xml:space="preserve">Action: </w:t>
            </w:r>
            <w:r w:rsidRPr="00B32E83">
              <w:rPr>
                <w:shd w:val="clear" w:color="auto" w:fill="000000" w:themeFill="text1"/>
              </w:rPr>
              <w:t xml:space="preserve">☐ </w:t>
            </w:r>
            <w:r>
              <w:t>Approved ☐ Approved w/ corrections ☐ Tabled</w:t>
            </w:r>
            <w:r>
              <w:br/>
              <w:t>Vote: For ___</w:t>
            </w:r>
            <w:r w:rsidR="00B32E83">
              <w:t>ALL</w:t>
            </w:r>
            <w:r>
              <w:t xml:space="preserve"> / Against ___ / Abstain ___</w:t>
            </w:r>
          </w:p>
        </w:tc>
      </w:tr>
      <w:tr w:rsidR="005E6EEC" w14:paraId="44FE93A6" w14:textId="77777777" w:rsidTr="00D672F1">
        <w:tc>
          <w:tcPr>
            <w:tcW w:w="2898" w:type="dxa"/>
            <w:tcBorders>
              <w:top w:val="single" w:sz="24" w:space="0" w:color="auto"/>
              <w:bottom w:val="single" w:sz="24" w:space="0" w:color="auto"/>
            </w:tcBorders>
          </w:tcPr>
          <w:p w14:paraId="21458AC9" w14:textId="77777777" w:rsidR="005E6EEC" w:rsidRPr="00764DD2" w:rsidRDefault="002401D6" w:rsidP="00B96148">
            <w:pPr>
              <w:spacing w:after="0" w:line="240" w:lineRule="auto"/>
              <w:rPr>
                <w:sz w:val="20"/>
                <w:szCs w:val="20"/>
              </w:rPr>
            </w:pPr>
            <w:r w:rsidRPr="00764DD2">
              <w:rPr>
                <w:sz w:val="20"/>
                <w:szCs w:val="20"/>
              </w:rPr>
              <w:t>5. Reports</w:t>
            </w:r>
            <w:r w:rsidRPr="00764DD2">
              <w:rPr>
                <w:sz w:val="20"/>
                <w:szCs w:val="20"/>
              </w:rPr>
              <w:br/>
            </w:r>
            <w:r w:rsidRPr="00764DD2">
              <w:rPr>
                <w:sz w:val="20"/>
                <w:szCs w:val="20"/>
              </w:rPr>
              <w:br/>
            </w:r>
            <w:r w:rsidRPr="00426DBE">
              <w:rPr>
                <w:i/>
                <w:iCs/>
                <w:sz w:val="20"/>
                <w:szCs w:val="20"/>
              </w:rPr>
              <w:t>Presiding Officer: “We will now hear reports. First, the President’s report.” (Continue through Treasurer and committees.)</w:t>
            </w:r>
          </w:p>
        </w:tc>
        <w:tc>
          <w:tcPr>
            <w:tcW w:w="8100" w:type="dxa"/>
            <w:gridSpan w:val="11"/>
            <w:tcBorders>
              <w:top w:val="single" w:sz="24" w:space="0" w:color="auto"/>
              <w:bottom w:val="single" w:sz="24" w:space="0" w:color="auto"/>
            </w:tcBorders>
          </w:tcPr>
          <w:p w14:paraId="557A34BA" w14:textId="77777777" w:rsidR="00B96148" w:rsidRDefault="002401D6" w:rsidP="00B9614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340"/>
              <w:rPr>
                <w:sz w:val="20"/>
                <w:szCs w:val="20"/>
              </w:rPr>
            </w:pPr>
            <w:r w:rsidRPr="00B96148">
              <w:rPr>
                <w:sz w:val="20"/>
                <w:szCs w:val="20"/>
              </w:rPr>
              <w:t>President’s Report:</w:t>
            </w:r>
            <w:r w:rsidR="00B96148" w:rsidRPr="00B96148">
              <w:rPr>
                <w:sz w:val="20"/>
                <w:szCs w:val="20"/>
              </w:rPr>
              <w:t xml:space="preserve"> If applicable attach a copy of the report to minutes</w:t>
            </w:r>
            <w:r w:rsidRPr="00B96148">
              <w:rPr>
                <w:sz w:val="20"/>
                <w:szCs w:val="20"/>
              </w:rPr>
              <w:t xml:space="preserve"> </w:t>
            </w:r>
          </w:p>
          <w:p w14:paraId="0674C066" w14:textId="73DBE201" w:rsidR="00B96148" w:rsidRPr="00B96148" w:rsidRDefault="002401D6" w:rsidP="00B9614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340"/>
              <w:rPr>
                <w:sz w:val="20"/>
                <w:szCs w:val="20"/>
              </w:rPr>
            </w:pPr>
            <w:r w:rsidRPr="00B96148">
              <w:rPr>
                <w:sz w:val="20"/>
                <w:szCs w:val="20"/>
              </w:rPr>
              <w:t xml:space="preserve">Treasurer’s Report: </w:t>
            </w:r>
          </w:p>
          <w:tbl>
            <w:tblPr>
              <w:tblStyle w:val="TableGrid"/>
              <w:tblW w:w="0" w:type="auto"/>
              <w:tblInd w:w="75" w:type="dxa"/>
              <w:tblLook w:val="04A0" w:firstRow="1" w:lastRow="0" w:firstColumn="1" w:lastColumn="0" w:noHBand="0" w:noVBand="1"/>
            </w:tblPr>
            <w:tblGrid>
              <w:gridCol w:w="3690"/>
              <w:gridCol w:w="3690"/>
            </w:tblGrid>
            <w:tr w:rsidR="001A4F99" w:rsidRPr="00B96148" w14:paraId="23748B82" w14:textId="4F7C6B16" w:rsidTr="00746D1D">
              <w:tc>
                <w:tcPr>
                  <w:tcW w:w="3690" w:type="dxa"/>
                </w:tcPr>
                <w:p w14:paraId="6631E6EA" w14:textId="40029D99" w:rsidR="001A4F99" w:rsidRPr="00B96148" w:rsidRDefault="001A4F99" w:rsidP="001A4F99">
                  <w:pPr>
                    <w:pStyle w:val="ListParagraph"/>
                    <w:numPr>
                      <w:ilvl w:val="1"/>
                      <w:numId w:val="10"/>
                    </w:numPr>
                    <w:ind w:left="880"/>
                    <w:jc w:val="right"/>
                    <w:rPr>
                      <w:sz w:val="20"/>
                      <w:szCs w:val="20"/>
                    </w:rPr>
                  </w:pPr>
                  <w:r w:rsidRPr="00B96148">
                    <w:rPr>
                      <w:sz w:val="20"/>
                      <w:szCs w:val="20"/>
                    </w:rPr>
                    <w:t xml:space="preserve">Starting Balance: $ </w:t>
                  </w:r>
                </w:p>
              </w:tc>
              <w:tc>
                <w:tcPr>
                  <w:tcW w:w="3690" w:type="dxa"/>
                </w:tcPr>
                <w:p w14:paraId="7324FED6" w14:textId="1EA6935B" w:rsidR="00C625CE" w:rsidRPr="00C625CE" w:rsidRDefault="00C625CE" w:rsidP="00C625CE">
                  <w:pPr>
                    <w:ind w:left="160"/>
                    <w:rPr>
                      <w:b/>
                      <w:bCs/>
                      <w:sz w:val="20"/>
                      <w:szCs w:val="20"/>
                    </w:rPr>
                  </w:pPr>
                  <w:r w:rsidRPr="00C625CE">
                    <w:rPr>
                      <w:b/>
                      <w:bCs/>
                      <w:sz w:val="20"/>
                      <w:szCs w:val="20"/>
                    </w:rPr>
                    <w:t>SEE REPORT</w:t>
                  </w:r>
                </w:p>
              </w:tc>
            </w:tr>
            <w:tr w:rsidR="001A4F99" w:rsidRPr="00B96148" w14:paraId="52E3A307" w14:textId="6D513B65" w:rsidTr="00746D1D">
              <w:tc>
                <w:tcPr>
                  <w:tcW w:w="3690" w:type="dxa"/>
                </w:tcPr>
                <w:p w14:paraId="4918AE4D" w14:textId="3F64BA2B" w:rsidR="001A4F99" w:rsidRPr="00B96148" w:rsidRDefault="001A4F99" w:rsidP="001A4F99">
                  <w:pPr>
                    <w:pStyle w:val="ListParagraph"/>
                    <w:numPr>
                      <w:ilvl w:val="1"/>
                      <w:numId w:val="10"/>
                    </w:numPr>
                    <w:ind w:left="880"/>
                    <w:jc w:val="right"/>
                    <w:rPr>
                      <w:sz w:val="20"/>
                      <w:szCs w:val="20"/>
                    </w:rPr>
                  </w:pPr>
                  <w:r w:rsidRPr="00B96148">
                    <w:rPr>
                      <w:sz w:val="20"/>
                      <w:szCs w:val="20"/>
                    </w:rPr>
                    <w:t xml:space="preserve">Income Since Last Report: $ </w:t>
                  </w:r>
                </w:p>
              </w:tc>
              <w:tc>
                <w:tcPr>
                  <w:tcW w:w="3690" w:type="dxa"/>
                </w:tcPr>
                <w:p w14:paraId="60608202" w14:textId="4125635E" w:rsidR="001A4F99" w:rsidRPr="00C625CE" w:rsidRDefault="00C625CE" w:rsidP="00C625CE">
                  <w:pPr>
                    <w:ind w:left="160"/>
                    <w:rPr>
                      <w:b/>
                      <w:bCs/>
                      <w:sz w:val="20"/>
                      <w:szCs w:val="20"/>
                    </w:rPr>
                  </w:pPr>
                  <w:r w:rsidRPr="00C625CE">
                    <w:rPr>
                      <w:b/>
                      <w:bCs/>
                      <w:sz w:val="20"/>
                      <w:szCs w:val="20"/>
                    </w:rPr>
                    <w:t>SEE REPORT</w:t>
                  </w:r>
                </w:p>
              </w:tc>
            </w:tr>
            <w:tr w:rsidR="001A4F99" w:rsidRPr="00B96148" w14:paraId="411BC1BD" w14:textId="71686B5A" w:rsidTr="00746D1D">
              <w:tc>
                <w:tcPr>
                  <w:tcW w:w="3690" w:type="dxa"/>
                </w:tcPr>
                <w:p w14:paraId="01F22255" w14:textId="1646D752" w:rsidR="001A4F99" w:rsidRPr="00B96148" w:rsidRDefault="001A4F99" w:rsidP="001A4F99">
                  <w:pPr>
                    <w:pStyle w:val="ListParagraph"/>
                    <w:numPr>
                      <w:ilvl w:val="1"/>
                      <w:numId w:val="10"/>
                    </w:numPr>
                    <w:ind w:left="880"/>
                    <w:jc w:val="right"/>
                    <w:rPr>
                      <w:sz w:val="20"/>
                      <w:szCs w:val="20"/>
                    </w:rPr>
                  </w:pPr>
                  <w:r w:rsidRPr="00B96148">
                    <w:rPr>
                      <w:sz w:val="20"/>
                      <w:szCs w:val="20"/>
                    </w:rPr>
                    <w:t xml:space="preserve">Expenses Since Last Report: $ </w:t>
                  </w:r>
                </w:p>
              </w:tc>
              <w:tc>
                <w:tcPr>
                  <w:tcW w:w="3690" w:type="dxa"/>
                </w:tcPr>
                <w:p w14:paraId="4DEB59B9" w14:textId="5C771585" w:rsidR="001A4F99" w:rsidRPr="00C625CE" w:rsidRDefault="00C625CE" w:rsidP="00C625CE">
                  <w:pPr>
                    <w:ind w:left="160"/>
                    <w:rPr>
                      <w:b/>
                      <w:bCs/>
                      <w:sz w:val="20"/>
                      <w:szCs w:val="20"/>
                    </w:rPr>
                  </w:pPr>
                  <w:r w:rsidRPr="00C625CE">
                    <w:rPr>
                      <w:b/>
                      <w:bCs/>
                      <w:sz w:val="20"/>
                      <w:szCs w:val="20"/>
                    </w:rPr>
                    <w:t>SEE REPORT</w:t>
                  </w:r>
                </w:p>
              </w:tc>
            </w:tr>
            <w:tr w:rsidR="001A4F99" w:rsidRPr="00B96148" w14:paraId="304F22E7" w14:textId="58DDFC20" w:rsidTr="00746D1D">
              <w:tc>
                <w:tcPr>
                  <w:tcW w:w="3690" w:type="dxa"/>
                </w:tcPr>
                <w:p w14:paraId="60E4459B" w14:textId="36BF1425" w:rsidR="001A4F99" w:rsidRPr="00B96148" w:rsidRDefault="001A4F99" w:rsidP="001A4F99">
                  <w:pPr>
                    <w:pStyle w:val="ListParagraph"/>
                    <w:numPr>
                      <w:ilvl w:val="1"/>
                      <w:numId w:val="10"/>
                    </w:numPr>
                    <w:ind w:left="880"/>
                    <w:jc w:val="right"/>
                    <w:rPr>
                      <w:sz w:val="20"/>
                      <w:szCs w:val="20"/>
                    </w:rPr>
                  </w:pPr>
                  <w:r w:rsidRPr="00B96148">
                    <w:rPr>
                      <w:sz w:val="20"/>
                      <w:szCs w:val="20"/>
                    </w:rPr>
                    <w:t xml:space="preserve">Ending Balance: $ </w:t>
                  </w:r>
                </w:p>
              </w:tc>
              <w:tc>
                <w:tcPr>
                  <w:tcW w:w="3690" w:type="dxa"/>
                </w:tcPr>
                <w:p w14:paraId="571E435F" w14:textId="24E0A9A7" w:rsidR="001A4F99" w:rsidRPr="00C625CE" w:rsidRDefault="00C625CE" w:rsidP="00C625CE">
                  <w:pPr>
                    <w:ind w:left="160"/>
                    <w:rPr>
                      <w:b/>
                      <w:bCs/>
                      <w:sz w:val="20"/>
                      <w:szCs w:val="20"/>
                    </w:rPr>
                  </w:pPr>
                  <w:r w:rsidRPr="00C625CE">
                    <w:rPr>
                      <w:b/>
                      <w:bCs/>
                      <w:sz w:val="20"/>
                      <w:szCs w:val="20"/>
                    </w:rPr>
                    <w:t>SEE REPORT</w:t>
                  </w:r>
                </w:p>
              </w:tc>
            </w:tr>
          </w:tbl>
          <w:p w14:paraId="559248A7" w14:textId="2638D0DF" w:rsidR="005E6EEC" w:rsidRPr="00B96148" w:rsidRDefault="00B96148" w:rsidP="00B9614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340"/>
              <w:rPr>
                <w:sz w:val="20"/>
                <w:szCs w:val="20"/>
              </w:rPr>
            </w:pPr>
            <w:r w:rsidRPr="00B96148">
              <w:rPr>
                <w:sz w:val="20"/>
                <w:szCs w:val="20"/>
              </w:rPr>
              <w:t>Vice-Presidents Report: If applicable attach a copy of the report to minutes</w:t>
            </w:r>
          </w:p>
          <w:p w14:paraId="6A9083AF" w14:textId="77822494" w:rsidR="00B96148" w:rsidRPr="00B96148" w:rsidRDefault="00B96148" w:rsidP="00B9614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340"/>
              <w:rPr>
                <w:sz w:val="20"/>
                <w:szCs w:val="20"/>
              </w:rPr>
            </w:pPr>
            <w:r w:rsidRPr="00B96148">
              <w:rPr>
                <w:sz w:val="20"/>
                <w:szCs w:val="20"/>
              </w:rPr>
              <w:t>Director of Communications Report:</w:t>
            </w:r>
            <w:r w:rsidR="001A4F99">
              <w:rPr>
                <w:sz w:val="20"/>
                <w:szCs w:val="20"/>
              </w:rPr>
              <w:t xml:space="preserve"> </w:t>
            </w:r>
            <w:r w:rsidR="001A4F99" w:rsidRPr="00B96148">
              <w:rPr>
                <w:sz w:val="20"/>
                <w:szCs w:val="20"/>
              </w:rPr>
              <w:t>If applicable attach a copy of the report to minutes</w:t>
            </w:r>
          </w:p>
          <w:p w14:paraId="6E627179" w14:textId="75BFD4F5" w:rsidR="00B96148" w:rsidRPr="00B96148" w:rsidRDefault="00B96148" w:rsidP="00B9614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340"/>
              <w:rPr>
                <w:sz w:val="20"/>
                <w:szCs w:val="20"/>
              </w:rPr>
            </w:pPr>
            <w:r w:rsidRPr="00B96148">
              <w:rPr>
                <w:sz w:val="20"/>
                <w:szCs w:val="20"/>
              </w:rPr>
              <w:t>Director of Cultural Affairs Report:</w:t>
            </w:r>
            <w:r w:rsidR="001A4F99" w:rsidRPr="00B96148">
              <w:rPr>
                <w:sz w:val="20"/>
                <w:szCs w:val="20"/>
              </w:rPr>
              <w:t xml:space="preserve"> If applicable attach a copy of the report to minutes</w:t>
            </w:r>
          </w:p>
          <w:p w14:paraId="56D6B204" w14:textId="1C22156C" w:rsidR="00B96148" w:rsidRPr="00B96148" w:rsidRDefault="00B96148" w:rsidP="00B9614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340"/>
              <w:rPr>
                <w:sz w:val="20"/>
                <w:szCs w:val="20"/>
              </w:rPr>
            </w:pPr>
            <w:r w:rsidRPr="00B96148">
              <w:rPr>
                <w:sz w:val="20"/>
                <w:szCs w:val="20"/>
              </w:rPr>
              <w:t>Standing Committee Report(s):</w:t>
            </w:r>
            <w:r w:rsidR="001A4F99" w:rsidRPr="00B96148">
              <w:rPr>
                <w:sz w:val="20"/>
                <w:szCs w:val="20"/>
              </w:rPr>
              <w:t xml:space="preserve"> If applicable attach a copy of the report to minutes</w:t>
            </w:r>
          </w:p>
          <w:p w14:paraId="03EA0CED" w14:textId="1511C102" w:rsidR="00B96148" w:rsidRPr="00B96148" w:rsidRDefault="00B96148" w:rsidP="00B9614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340"/>
              <w:rPr>
                <w:sz w:val="20"/>
                <w:szCs w:val="20"/>
              </w:rPr>
            </w:pPr>
            <w:r w:rsidRPr="00B96148">
              <w:rPr>
                <w:sz w:val="20"/>
                <w:szCs w:val="20"/>
              </w:rPr>
              <w:lastRenderedPageBreak/>
              <w:t>Special Committee Report(s)</w:t>
            </w:r>
            <w:r w:rsidR="001A4F99">
              <w:rPr>
                <w:sz w:val="20"/>
                <w:szCs w:val="20"/>
              </w:rPr>
              <w:t>:</w:t>
            </w:r>
            <w:r w:rsidR="001A4F99" w:rsidRPr="00B96148">
              <w:rPr>
                <w:sz w:val="20"/>
                <w:szCs w:val="20"/>
              </w:rPr>
              <w:t xml:space="preserve"> If applicable attach a copy of the report to minutes</w:t>
            </w:r>
          </w:p>
        </w:tc>
      </w:tr>
      <w:tr w:rsidR="00D14C29" w14:paraId="1BE645D4" w14:textId="77777777" w:rsidTr="003C6F2A">
        <w:trPr>
          <w:trHeight w:val="162"/>
        </w:trPr>
        <w:tc>
          <w:tcPr>
            <w:tcW w:w="2898" w:type="dxa"/>
            <w:vMerge w:val="restart"/>
            <w:tcBorders>
              <w:top w:val="single" w:sz="24" w:space="0" w:color="auto"/>
            </w:tcBorders>
          </w:tcPr>
          <w:p w14:paraId="7B20772A" w14:textId="77777777" w:rsidR="00102786" w:rsidRPr="00426DBE" w:rsidRDefault="00D14C29" w:rsidP="00102786">
            <w:pPr>
              <w:spacing w:after="0" w:line="240" w:lineRule="auto"/>
              <w:rPr>
                <w:i/>
                <w:iCs/>
                <w:sz w:val="20"/>
                <w:szCs w:val="20"/>
              </w:rPr>
            </w:pPr>
            <w:bookmarkStart w:id="0" w:name="_Hlk206945722"/>
            <w:r w:rsidRPr="00764DD2">
              <w:rPr>
                <w:sz w:val="20"/>
                <w:szCs w:val="20"/>
              </w:rPr>
              <w:lastRenderedPageBreak/>
              <w:t>6. Unfinished Business</w:t>
            </w:r>
            <w:r w:rsidRPr="00764DD2">
              <w:rPr>
                <w:sz w:val="20"/>
                <w:szCs w:val="20"/>
              </w:rPr>
              <w:br/>
            </w:r>
            <w:r w:rsidRPr="00764DD2">
              <w:rPr>
                <w:sz w:val="20"/>
                <w:szCs w:val="20"/>
              </w:rPr>
              <w:br/>
            </w:r>
            <w:r w:rsidR="00102786" w:rsidRPr="00426DBE">
              <w:rPr>
                <w:i/>
                <w:iCs/>
                <w:sz w:val="20"/>
                <w:szCs w:val="20"/>
              </w:rPr>
              <w:t>Presiding Officer: “We will now consider new business. Are there any new motions?”</w:t>
            </w:r>
          </w:p>
          <w:p w14:paraId="27887501" w14:textId="77777777" w:rsidR="00102786" w:rsidRPr="00426DBE" w:rsidRDefault="00102786" w:rsidP="00102786">
            <w:pPr>
              <w:spacing w:after="0" w:line="240" w:lineRule="auto"/>
              <w:rPr>
                <w:i/>
                <w:iCs/>
                <w:sz w:val="20"/>
                <w:szCs w:val="20"/>
              </w:rPr>
            </w:pPr>
          </w:p>
          <w:p w14:paraId="38FD6CD3" w14:textId="77777777" w:rsidR="00102786" w:rsidRPr="00426DBE" w:rsidRDefault="00102786" w:rsidP="00102786">
            <w:pPr>
              <w:spacing w:after="0" w:line="240" w:lineRule="auto"/>
              <w:ind w:left="450"/>
              <w:rPr>
                <w:i/>
                <w:iCs/>
                <w:sz w:val="20"/>
                <w:szCs w:val="20"/>
              </w:rPr>
            </w:pPr>
            <w:r w:rsidRPr="00426DBE">
              <w:rPr>
                <w:i/>
                <w:iCs/>
                <w:sz w:val="20"/>
                <w:szCs w:val="20"/>
              </w:rPr>
              <w:t xml:space="preserve">1. Restate motion, </w:t>
            </w:r>
          </w:p>
          <w:p w14:paraId="6D449CBD" w14:textId="77777777" w:rsidR="00102786" w:rsidRPr="00426DBE" w:rsidRDefault="00102786" w:rsidP="00102786">
            <w:pPr>
              <w:spacing w:after="0" w:line="240" w:lineRule="auto"/>
              <w:ind w:left="450"/>
              <w:rPr>
                <w:i/>
                <w:iCs/>
                <w:sz w:val="20"/>
                <w:szCs w:val="20"/>
              </w:rPr>
            </w:pPr>
            <w:r w:rsidRPr="00426DBE">
              <w:rPr>
                <w:i/>
                <w:iCs/>
                <w:sz w:val="20"/>
                <w:szCs w:val="20"/>
              </w:rPr>
              <w:t xml:space="preserve">2. Allow discussion, </w:t>
            </w:r>
          </w:p>
          <w:p w14:paraId="7C3DE070" w14:textId="77777777" w:rsidR="00102786" w:rsidRPr="00426DBE" w:rsidRDefault="00102786" w:rsidP="00102786">
            <w:pPr>
              <w:spacing w:after="0" w:line="240" w:lineRule="auto"/>
              <w:ind w:left="450"/>
              <w:rPr>
                <w:i/>
                <w:iCs/>
                <w:sz w:val="20"/>
                <w:szCs w:val="20"/>
              </w:rPr>
            </w:pPr>
            <w:r w:rsidRPr="00426DBE">
              <w:rPr>
                <w:i/>
                <w:iCs/>
                <w:sz w:val="20"/>
                <w:szCs w:val="20"/>
              </w:rPr>
              <w:t>3. Call for vote.)</w:t>
            </w:r>
          </w:p>
          <w:p w14:paraId="75731FF1" w14:textId="6CD82A89" w:rsidR="00D14C29" w:rsidRPr="00764DD2" w:rsidRDefault="00102786" w:rsidP="00102786">
            <w:pPr>
              <w:spacing w:after="0" w:line="240" w:lineRule="auto"/>
              <w:ind w:left="450"/>
              <w:rPr>
                <w:sz w:val="20"/>
                <w:szCs w:val="20"/>
              </w:rPr>
            </w:pPr>
            <w:r w:rsidRPr="00426DBE">
              <w:rPr>
                <w:i/>
                <w:iCs/>
                <w:sz w:val="20"/>
                <w:szCs w:val="20"/>
              </w:rPr>
              <w:t>4. “The result is [passed/failed].”</w:t>
            </w:r>
          </w:p>
        </w:tc>
        <w:tc>
          <w:tcPr>
            <w:tcW w:w="1440" w:type="dxa"/>
            <w:tcBorders>
              <w:top w:val="single" w:sz="24" w:space="0" w:color="auto"/>
            </w:tcBorders>
          </w:tcPr>
          <w:p w14:paraId="2CAE395B" w14:textId="61CABC81" w:rsidR="00D14C29" w:rsidRPr="003C6F2A" w:rsidRDefault="00D14C29" w:rsidP="00D14C2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C6F2A">
              <w:rPr>
                <w:sz w:val="20"/>
                <w:szCs w:val="20"/>
              </w:rPr>
              <w:t>Motion #1</w:t>
            </w:r>
          </w:p>
        </w:tc>
        <w:tc>
          <w:tcPr>
            <w:tcW w:w="6660" w:type="dxa"/>
            <w:gridSpan w:val="10"/>
            <w:tcBorders>
              <w:top w:val="single" w:sz="24" w:space="0" w:color="auto"/>
            </w:tcBorders>
          </w:tcPr>
          <w:p w14:paraId="1C884F4F" w14:textId="35130CEA" w:rsidR="00EE73D2" w:rsidRDefault="00860770" w:rsidP="008607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Adopt the Parliamentarian’s report</w:t>
            </w:r>
          </w:p>
          <w:p w14:paraId="5C9D5C2E" w14:textId="1C601264" w:rsidR="001A4F99" w:rsidRPr="003C6F2A" w:rsidRDefault="001A4F99" w:rsidP="00E7457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14C29" w14:paraId="75EF59DE" w14:textId="77777777" w:rsidTr="00D672F1">
        <w:trPr>
          <w:trHeight w:val="157"/>
        </w:trPr>
        <w:tc>
          <w:tcPr>
            <w:tcW w:w="2898" w:type="dxa"/>
            <w:vMerge/>
          </w:tcPr>
          <w:p w14:paraId="5A0C0D0E" w14:textId="77777777" w:rsidR="00D14C29" w:rsidRPr="00764DD2" w:rsidRDefault="00D14C29" w:rsidP="00D013C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5961EA22" w14:textId="39AE96F3" w:rsidR="00D14C29" w:rsidRPr="003C6F2A" w:rsidRDefault="00D14C29" w:rsidP="00D14C2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C6F2A">
              <w:rPr>
                <w:sz w:val="20"/>
                <w:szCs w:val="20"/>
              </w:rPr>
              <w:t>Moved by:</w:t>
            </w:r>
          </w:p>
        </w:tc>
        <w:tc>
          <w:tcPr>
            <w:tcW w:w="2790" w:type="dxa"/>
            <w:gridSpan w:val="4"/>
          </w:tcPr>
          <w:p w14:paraId="0E3BDDD5" w14:textId="7C878FF9" w:rsidR="00D14C29" w:rsidRPr="003C6F2A" w:rsidRDefault="00B5380B" w:rsidP="00B5380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Ahmed</w:t>
            </w:r>
          </w:p>
        </w:tc>
        <w:tc>
          <w:tcPr>
            <w:tcW w:w="1206" w:type="dxa"/>
            <w:gridSpan w:val="2"/>
          </w:tcPr>
          <w:p w14:paraId="78AAF05C" w14:textId="68794F38" w:rsidR="00D14C29" w:rsidRPr="003C6F2A" w:rsidRDefault="00D14C29" w:rsidP="00D14C2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C6F2A">
              <w:rPr>
                <w:sz w:val="20"/>
                <w:szCs w:val="20"/>
              </w:rPr>
              <w:t>Second By:</w:t>
            </w:r>
          </w:p>
        </w:tc>
        <w:tc>
          <w:tcPr>
            <w:tcW w:w="2664" w:type="dxa"/>
            <w:gridSpan w:val="4"/>
          </w:tcPr>
          <w:p w14:paraId="1B5DBB83" w14:textId="0AC10590" w:rsidR="00D14C29" w:rsidRPr="003C6F2A" w:rsidRDefault="00B5380B" w:rsidP="00D14C2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Nicholas</w:t>
            </w:r>
          </w:p>
        </w:tc>
      </w:tr>
      <w:tr w:rsidR="00D14C29" w14:paraId="36CBE2E2" w14:textId="77777777" w:rsidTr="003C6F2A">
        <w:trPr>
          <w:trHeight w:val="157"/>
        </w:trPr>
        <w:tc>
          <w:tcPr>
            <w:tcW w:w="2898" w:type="dxa"/>
            <w:vMerge/>
          </w:tcPr>
          <w:p w14:paraId="7A578C36" w14:textId="77777777" w:rsidR="00D14C29" w:rsidRPr="00764DD2" w:rsidRDefault="00D14C29" w:rsidP="00D013C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6F7C43E9" w14:textId="0046C9C2" w:rsidR="00D14C29" w:rsidRPr="003C6F2A" w:rsidRDefault="00D14C29" w:rsidP="00D14C2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C6F2A">
              <w:rPr>
                <w:sz w:val="20"/>
                <w:szCs w:val="20"/>
              </w:rPr>
              <w:t>Votes for:</w:t>
            </w:r>
          </w:p>
        </w:tc>
        <w:tc>
          <w:tcPr>
            <w:tcW w:w="1332" w:type="dxa"/>
            <w:gridSpan w:val="2"/>
          </w:tcPr>
          <w:p w14:paraId="45F769A1" w14:textId="5E4311F5" w:rsidR="00D14C29" w:rsidRPr="003C6F2A" w:rsidRDefault="00860770" w:rsidP="008607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</w:t>
            </w:r>
          </w:p>
        </w:tc>
        <w:tc>
          <w:tcPr>
            <w:tcW w:w="1458" w:type="dxa"/>
            <w:gridSpan w:val="2"/>
          </w:tcPr>
          <w:p w14:paraId="3F9C13DD" w14:textId="7C979EC5" w:rsidR="00D14C29" w:rsidRPr="003C6F2A" w:rsidRDefault="00D14C29" w:rsidP="00D14C2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C6F2A">
              <w:rPr>
                <w:sz w:val="20"/>
                <w:szCs w:val="20"/>
              </w:rPr>
              <w:t>Votes Against:</w:t>
            </w:r>
          </w:p>
        </w:tc>
        <w:tc>
          <w:tcPr>
            <w:tcW w:w="1206" w:type="dxa"/>
            <w:gridSpan w:val="2"/>
          </w:tcPr>
          <w:p w14:paraId="61B2DEF9" w14:textId="606285B3" w:rsidR="00D14C29" w:rsidRPr="003C6F2A" w:rsidRDefault="00141157" w:rsidP="0014115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32" w:type="dxa"/>
            <w:gridSpan w:val="2"/>
          </w:tcPr>
          <w:p w14:paraId="2620E08F" w14:textId="1584CC4A" w:rsidR="00D14C29" w:rsidRPr="003C6F2A" w:rsidRDefault="00D14C29" w:rsidP="00D14C2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C6F2A">
              <w:rPr>
                <w:sz w:val="20"/>
                <w:szCs w:val="20"/>
              </w:rPr>
              <w:t>Abstain:</w:t>
            </w:r>
          </w:p>
        </w:tc>
        <w:tc>
          <w:tcPr>
            <w:tcW w:w="1332" w:type="dxa"/>
            <w:gridSpan w:val="2"/>
          </w:tcPr>
          <w:p w14:paraId="0BAAE97C" w14:textId="3EB0158B" w:rsidR="00D14C29" w:rsidRPr="003C6F2A" w:rsidRDefault="00141157" w:rsidP="0014115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14C29" w14:paraId="72D7126C" w14:textId="77777777" w:rsidTr="00D14C29">
        <w:trPr>
          <w:trHeight w:val="157"/>
        </w:trPr>
        <w:tc>
          <w:tcPr>
            <w:tcW w:w="2898" w:type="dxa"/>
            <w:vMerge/>
          </w:tcPr>
          <w:p w14:paraId="46CBD1B7" w14:textId="77777777" w:rsidR="00D14C29" w:rsidRPr="00764DD2" w:rsidRDefault="00D14C29" w:rsidP="00D013C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00" w:type="dxa"/>
            <w:gridSpan w:val="11"/>
            <w:shd w:val="clear" w:color="auto" w:fill="000000" w:themeFill="text1"/>
          </w:tcPr>
          <w:p w14:paraId="14393C9D" w14:textId="080E9390" w:rsidR="00D14C29" w:rsidRDefault="00D14C29" w:rsidP="00D14C29">
            <w:pPr>
              <w:spacing w:after="0" w:line="240" w:lineRule="auto"/>
            </w:pPr>
          </w:p>
        </w:tc>
      </w:tr>
      <w:bookmarkEnd w:id="0"/>
      <w:tr w:rsidR="00D14C29" w14:paraId="1FD86446" w14:textId="77777777" w:rsidTr="00D14C29">
        <w:trPr>
          <w:trHeight w:val="157"/>
        </w:trPr>
        <w:tc>
          <w:tcPr>
            <w:tcW w:w="2898" w:type="dxa"/>
            <w:vMerge/>
          </w:tcPr>
          <w:p w14:paraId="3FEAACB3" w14:textId="77777777" w:rsidR="00D14C29" w:rsidRPr="00764DD2" w:rsidRDefault="00D14C29" w:rsidP="00D013C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7BBC762D" w14:textId="0A19E9EC" w:rsidR="00D14C29" w:rsidRPr="003C6F2A" w:rsidRDefault="00D14C29" w:rsidP="003C6F2A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C6F2A">
              <w:rPr>
                <w:sz w:val="20"/>
                <w:szCs w:val="20"/>
              </w:rPr>
              <w:t>Motion #2</w:t>
            </w:r>
          </w:p>
        </w:tc>
        <w:tc>
          <w:tcPr>
            <w:tcW w:w="6660" w:type="dxa"/>
            <w:gridSpan w:val="10"/>
          </w:tcPr>
          <w:p w14:paraId="07EEBBBA" w14:textId="2C57EB83" w:rsidR="00D14C29" w:rsidRDefault="00141157" w:rsidP="00D14C2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Adopt the Treasurer’s report</w:t>
            </w:r>
          </w:p>
          <w:p w14:paraId="28F0256C" w14:textId="765D7E20" w:rsidR="00426DBE" w:rsidRPr="003C6F2A" w:rsidRDefault="00426DBE" w:rsidP="00D14C2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672F1" w14:paraId="56B04AF7" w14:textId="77777777" w:rsidTr="00D64B26">
        <w:trPr>
          <w:trHeight w:val="157"/>
        </w:trPr>
        <w:tc>
          <w:tcPr>
            <w:tcW w:w="2898" w:type="dxa"/>
            <w:vMerge/>
          </w:tcPr>
          <w:p w14:paraId="4B8B8235" w14:textId="77777777" w:rsidR="00D672F1" w:rsidRPr="00764DD2" w:rsidRDefault="00D672F1" w:rsidP="00D013C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2E726A1C" w14:textId="4B35169A" w:rsidR="00D672F1" w:rsidRPr="003C6F2A" w:rsidRDefault="00D672F1" w:rsidP="003C6F2A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C6F2A">
              <w:rPr>
                <w:sz w:val="20"/>
                <w:szCs w:val="20"/>
              </w:rPr>
              <w:t>Moved by:</w:t>
            </w:r>
          </w:p>
        </w:tc>
        <w:tc>
          <w:tcPr>
            <w:tcW w:w="2790" w:type="dxa"/>
            <w:gridSpan w:val="4"/>
          </w:tcPr>
          <w:p w14:paraId="17086A2D" w14:textId="47CF2079" w:rsidR="00D672F1" w:rsidRPr="003C6F2A" w:rsidRDefault="001305BC" w:rsidP="00D14C2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Oneka</w:t>
            </w:r>
          </w:p>
        </w:tc>
        <w:tc>
          <w:tcPr>
            <w:tcW w:w="1206" w:type="dxa"/>
            <w:gridSpan w:val="2"/>
          </w:tcPr>
          <w:p w14:paraId="38DE0834" w14:textId="2E2A74FA" w:rsidR="00D672F1" w:rsidRPr="003C6F2A" w:rsidRDefault="00D672F1" w:rsidP="00D14C29">
            <w:pPr>
              <w:spacing w:after="0" w:line="240" w:lineRule="auto"/>
              <w:rPr>
                <w:sz w:val="20"/>
                <w:szCs w:val="20"/>
              </w:rPr>
            </w:pPr>
            <w:r w:rsidRPr="00D672F1">
              <w:rPr>
                <w:sz w:val="20"/>
                <w:szCs w:val="20"/>
              </w:rPr>
              <w:t>Second By:</w:t>
            </w:r>
          </w:p>
        </w:tc>
        <w:tc>
          <w:tcPr>
            <w:tcW w:w="2664" w:type="dxa"/>
            <w:gridSpan w:val="4"/>
          </w:tcPr>
          <w:p w14:paraId="420F0E9C" w14:textId="6E00DCDA" w:rsidR="00D672F1" w:rsidRPr="003C6F2A" w:rsidRDefault="00537902" w:rsidP="00D14C2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Kurtis</w:t>
            </w:r>
          </w:p>
        </w:tc>
      </w:tr>
      <w:tr w:rsidR="003C6F2A" w14:paraId="526EF727" w14:textId="77777777" w:rsidTr="003C6F2A">
        <w:trPr>
          <w:trHeight w:val="157"/>
        </w:trPr>
        <w:tc>
          <w:tcPr>
            <w:tcW w:w="2898" w:type="dxa"/>
            <w:vMerge/>
          </w:tcPr>
          <w:p w14:paraId="4438CCD5" w14:textId="77777777" w:rsidR="003C6F2A" w:rsidRPr="00764DD2" w:rsidRDefault="003C6F2A" w:rsidP="00D013C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187E6209" w14:textId="40F2C717" w:rsidR="003C6F2A" w:rsidRPr="003C6F2A" w:rsidRDefault="003C6F2A" w:rsidP="003C6F2A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C6F2A">
              <w:rPr>
                <w:sz w:val="20"/>
                <w:szCs w:val="20"/>
              </w:rPr>
              <w:t>Votes for:</w:t>
            </w:r>
          </w:p>
        </w:tc>
        <w:tc>
          <w:tcPr>
            <w:tcW w:w="1332" w:type="dxa"/>
            <w:gridSpan w:val="2"/>
          </w:tcPr>
          <w:p w14:paraId="2B96ACB3" w14:textId="24DA96DD" w:rsidR="003C6F2A" w:rsidRPr="003C6F2A" w:rsidRDefault="00537902" w:rsidP="003C6F2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</w:t>
            </w:r>
          </w:p>
        </w:tc>
        <w:tc>
          <w:tcPr>
            <w:tcW w:w="1458" w:type="dxa"/>
            <w:gridSpan w:val="2"/>
          </w:tcPr>
          <w:p w14:paraId="4E6C0F64" w14:textId="3CCC9EEA" w:rsidR="003C6F2A" w:rsidRPr="003C6F2A" w:rsidRDefault="003C6F2A" w:rsidP="003C6F2A">
            <w:pPr>
              <w:spacing w:after="0" w:line="240" w:lineRule="auto"/>
              <w:rPr>
                <w:sz w:val="20"/>
                <w:szCs w:val="20"/>
              </w:rPr>
            </w:pPr>
            <w:r w:rsidRPr="003C6F2A">
              <w:rPr>
                <w:sz w:val="20"/>
                <w:szCs w:val="20"/>
              </w:rPr>
              <w:t>Votes Against:</w:t>
            </w:r>
          </w:p>
        </w:tc>
        <w:tc>
          <w:tcPr>
            <w:tcW w:w="1206" w:type="dxa"/>
            <w:gridSpan w:val="2"/>
          </w:tcPr>
          <w:p w14:paraId="22974A4B" w14:textId="70DA6A95" w:rsidR="003C6F2A" w:rsidRPr="003C6F2A" w:rsidRDefault="00537902" w:rsidP="003C6F2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32" w:type="dxa"/>
            <w:gridSpan w:val="2"/>
          </w:tcPr>
          <w:p w14:paraId="2109E65B" w14:textId="10F93D85" w:rsidR="003C6F2A" w:rsidRPr="003C6F2A" w:rsidRDefault="003C6F2A" w:rsidP="003C6F2A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C6F2A">
              <w:rPr>
                <w:sz w:val="20"/>
                <w:szCs w:val="20"/>
              </w:rPr>
              <w:t>Abstain:</w:t>
            </w:r>
          </w:p>
        </w:tc>
        <w:tc>
          <w:tcPr>
            <w:tcW w:w="1332" w:type="dxa"/>
            <w:gridSpan w:val="2"/>
          </w:tcPr>
          <w:p w14:paraId="5216DED2" w14:textId="0637CF38" w:rsidR="003C6F2A" w:rsidRPr="003C6F2A" w:rsidRDefault="00537902" w:rsidP="003C6F2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14C29" w14:paraId="0884C99D" w14:textId="77777777" w:rsidTr="003C6F2A">
        <w:trPr>
          <w:trHeight w:val="157"/>
        </w:trPr>
        <w:tc>
          <w:tcPr>
            <w:tcW w:w="2898" w:type="dxa"/>
            <w:vMerge/>
          </w:tcPr>
          <w:p w14:paraId="060C7D58" w14:textId="77777777" w:rsidR="00D14C29" w:rsidRPr="00764DD2" w:rsidRDefault="00D14C29" w:rsidP="00D013C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000000" w:themeFill="text1"/>
          </w:tcPr>
          <w:p w14:paraId="041CCB52" w14:textId="77777777" w:rsidR="00D14C29" w:rsidRDefault="00D14C29" w:rsidP="003C6F2A">
            <w:pPr>
              <w:spacing w:after="0" w:line="240" w:lineRule="auto"/>
              <w:jc w:val="right"/>
            </w:pPr>
          </w:p>
        </w:tc>
        <w:tc>
          <w:tcPr>
            <w:tcW w:w="6660" w:type="dxa"/>
            <w:gridSpan w:val="10"/>
            <w:shd w:val="clear" w:color="auto" w:fill="000000" w:themeFill="text1"/>
          </w:tcPr>
          <w:p w14:paraId="28315B35" w14:textId="6B9311BF" w:rsidR="00D14C29" w:rsidRDefault="00D14C29" w:rsidP="00D14C29">
            <w:pPr>
              <w:spacing w:after="0" w:line="240" w:lineRule="auto"/>
            </w:pPr>
          </w:p>
        </w:tc>
      </w:tr>
      <w:tr w:rsidR="003C6F2A" w14:paraId="575B5176" w14:textId="77777777" w:rsidTr="00D14C29">
        <w:trPr>
          <w:trHeight w:val="157"/>
        </w:trPr>
        <w:tc>
          <w:tcPr>
            <w:tcW w:w="2898" w:type="dxa"/>
            <w:vMerge/>
          </w:tcPr>
          <w:p w14:paraId="693738D7" w14:textId="77777777" w:rsidR="003C6F2A" w:rsidRPr="00764DD2" w:rsidRDefault="003C6F2A" w:rsidP="00D013C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40933CDF" w14:textId="7A4BBEC2" w:rsidR="003C6F2A" w:rsidRPr="003C6F2A" w:rsidRDefault="003C6F2A" w:rsidP="003C6F2A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C6F2A">
              <w:rPr>
                <w:sz w:val="20"/>
                <w:szCs w:val="20"/>
              </w:rPr>
              <w:t>Motion #3</w:t>
            </w:r>
          </w:p>
        </w:tc>
        <w:tc>
          <w:tcPr>
            <w:tcW w:w="6660" w:type="dxa"/>
            <w:gridSpan w:val="10"/>
          </w:tcPr>
          <w:p w14:paraId="783AB21C" w14:textId="1D67A40F" w:rsidR="001A4F99" w:rsidRDefault="00460BB9" w:rsidP="003C6F2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Adopt </w:t>
            </w:r>
            <w:r w:rsidR="00522541">
              <w:rPr>
                <w:sz w:val="20"/>
                <w:szCs w:val="20"/>
              </w:rPr>
              <w:t>Membership</w:t>
            </w:r>
            <w:r>
              <w:rPr>
                <w:sz w:val="20"/>
                <w:szCs w:val="20"/>
              </w:rPr>
              <w:t xml:space="preserve"> and Engagement</w:t>
            </w:r>
            <w:r w:rsidR="00522541">
              <w:rPr>
                <w:sz w:val="20"/>
                <w:szCs w:val="20"/>
              </w:rPr>
              <w:t xml:space="preserve"> report</w:t>
            </w:r>
          </w:p>
          <w:p w14:paraId="068C81C7" w14:textId="2DF58F9D" w:rsidR="00426DBE" w:rsidRPr="003C6F2A" w:rsidRDefault="00426DBE" w:rsidP="003C6F2A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672F1" w14:paraId="1AA2B29D" w14:textId="77777777" w:rsidTr="004F6101">
        <w:trPr>
          <w:trHeight w:val="157"/>
        </w:trPr>
        <w:tc>
          <w:tcPr>
            <w:tcW w:w="2898" w:type="dxa"/>
            <w:vMerge/>
          </w:tcPr>
          <w:p w14:paraId="6550EF1C" w14:textId="77777777" w:rsidR="00D672F1" w:rsidRPr="00764DD2" w:rsidRDefault="00D672F1" w:rsidP="00D013C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40378BA8" w14:textId="509FB7F9" w:rsidR="00D672F1" w:rsidRPr="003C6F2A" w:rsidRDefault="00D672F1" w:rsidP="003C6F2A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C6F2A">
              <w:rPr>
                <w:sz w:val="20"/>
                <w:szCs w:val="20"/>
              </w:rPr>
              <w:t>Moved by:</w:t>
            </w:r>
          </w:p>
        </w:tc>
        <w:tc>
          <w:tcPr>
            <w:tcW w:w="2790" w:type="dxa"/>
            <w:gridSpan w:val="4"/>
          </w:tcPr>
          <w:p w14:paraId="31CAAD11" w14:textId="3C3856AB" w:rsidR="00D672F1" w:rsidRPr="003C6F2A" w:rsidRDefault="002B19E7" w:rsidP="003C6F2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Ah</w:t>
            </w:r>
            <w:r w:rsidR="00460BB9">
              <w:rPr>
                <w:sz w:val="20"/>
                <w:szCs w:val="20"/>
              </w:rPr>
              <w:t>med</w:t>
            </w:r>
          </w:p>
        </w:tc>
        <w:tc>
          <w:tcPr>
            <w:tcW w:w="1206" w:type="dxa"/>
            <w:gridSpan w:val="2"/>
          </w:tcPr>
          <w:p w14:paraId="475E416A" w14:textId="48BCF409" w:rsidR="00D672F1" w:rsidRPr="003C6F2A" w:rsidRDefault="00D672F1" w:rsidP="003C6F2A">
            <w:pPr>
              <w:spacing w:after="0" w:line="240" w:lineRule="auto"/>
              <w:rPr>
                <w:sz w:val="20"/>
                <w:szCs w:val="20"/>
              </w:rPr>
            </w:pPr>
            <w:r w:rsidRPr="00D672F1">
              <w:rPr>
                <w:sz w:val="20"/>
                <w:szCs w:val="20"/>
              </w:rPr>
              <w:t>Second By:</w:t>
            </w:r>
          </w:p>
        </w:tc>
        <w:tc>
          <w:tcPr>
            <w:tcW w:w="2664" w:type="dxa"/>
            <w:gridSpan w:val="4"/>
          </w:tcPr>
          <w:p w14:paraId="6CF1FDCE" w14:textId="0E1B5BA0" w:rsidR="00D672F1" w:rsidRPr="003C6F2A" w:rsidRDefault="00460BB9" w:rsidP="003C6F2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Oneka</w:t>
            </w:r>
          </w:p>
        </w:tc>
      </w:tr>
      <w:tr w:rsidR="003C6F2A" w14:paraId="1EE5C3B2" w14:textId="77777777" w:rsidTr="003C6F2A">
        <w:trPr>
          <w:trHeight w:val="157"/>
        </w:trPr>
        <w:tc>
          <w:tcPr>
            <w:tcW w:w="2898" w:type="dxa"/>
            <w:vMerge/>
          </w:tcPr>
          <w:p w14:paraId="6EAADE5D" w14:textId="77777777" w:rsidR="003C6F2A" w:rsidRPr="00764DD2" w:rsidRDefault="003C6F2A" w:rsidP="00D013C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0ACF492A" w14:textId="67C2D587" w:rsidR="003C6F2A" w:rsidRPr="003C6F2A" w:rsidRDefault="003C6F2A" w:rsidP="003C6F2A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C6F2A">
              <w:rPr>
                <w:sz w:val="20"/>
                <w:szCs w:val="20"/>
              </w:rPr>
              <w:t>Votes for:</w:t>
            </w:r>
          </w:p>
        </w:tc>
        <w:tc>
          <w:tcPr>
            <w:tcW w:w="1332" w:type="dxa"/>
            <w:gridSpan w:val="2"/>
          </w:tcPr>
          <w:p w14:paraId="5405F1F5" w14:textId="77777777" w:rsidR="003C6F2A" w:rsidRPr="003C6F2A" w:rsidRDefault="003C6F2A" w:rsidP="003C6F2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58" w:type="dxa"/>
            <w:gridSpan w:val="2"/>
          </w:tcPr>
          <w:p w14:paraId="03202C15" w14:textId="38869CEC" w:rsidR="003C6F2A" w:rsidRPr="003C6F2A" w:rsidRDefault="003C6F2A" w:rsidP="003C6F2A">
            <w:pPr>
              <w:spacing w:after="0" w:line="240" w:lineRule="auto"/>
              <w:rPr>
                <w:sz w:val="20"/>
                <w:szCs w:val="20"/>
              </w:rPr>
            </w:pPr>
            <w:r w:rsidRPr="003C6F2A">
              <w:rPr>
                <w:sz w:val="20"/>
                <w:szCs w:val="20"/>
              </w:rPr>
              <w:t>Votes Against:</w:t>
            </w:r>
          </w:p>
        </w:tc>
        <w:tc>
          <w:tcPr>
            <w:tcW w:w="1206" w:type="dxa"/>
            <w:gridSpan w:val="2"/>
          </w:tcPr>
          <w:p w14:paraId="0447E093" w14:textId="77777777" w:rsidR="003C6F2A" w:rsidRPr="003C6F2A" w:rsidRDefault="003C6F2A" w:rsidP="003C6F2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32" w:type="dxa"/>
            <w:gridSpan w:val="2"/>
          </w:tcPr>
          <w:p w14:paraId="547F0AB2" w14:textId="1F3ECD66" w:rsidR="003C6F2A" w:rsidRPr="003C6F2A" w:rsidRDefault="003C6F2A" w:rsidP="003C6F2A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C6F2A">
              <w:rPr>
                <w:sz w:val="20"/>
                <w:szCs w:val="20"/>
              </w:rPr>
              <w:t>Abstain:</w:t>
            </w:r>
          </w:p>
        </w:tc>
        <w:tc>
          <w:tcPr>
            <w:tcW w:w="1332" w:type="dxa"/>
            <w:gridSpan w:val="2"/>
          </w:tcPr>
          <w:p w14:paraId="2C2191DE" w14:textId="0E9061D5" w:rsidR="003C6F2A" w:rsidRPr="003C6F2A" w:rsidRDefault="003C6F2A" w:rsidP="003C6F2A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672F1" w14:paraId="6A6201D1" w14:textId="77777777" w:rsidTr="00953DE6">
        <w:trPr>
          <w:trHeight w:val="157"/>
        </w:trPr>
        <w:tc>
          <w:tcPr>
            <w:tcW w:w="2898" w:type="dxa"/>
            <w:vMerge w:val="restart"/>
            <w:tcBorders>
              <w:top w:val="single" w:sz="24" w:space="0" w:color="auto"/>
            </w:tcBorders>
          </w:tcPr>
          <w:p w14:paraId="793E5ABD" w14:textId="77777777" w:rsidR="002B2C1A" w:rsidRPr="00426DBE" w:rsidRDefault="00D672F1" w:rsidP="001779AB">
            <w:pPr>
              <w:spacing w:after="0" w:line="240" w:lineRule="auto"/>
              <w:rPr>
                <w:i/>
                <w:iCs/>
                <w:sz w:val="20"/>
                <w:szCs w:val="20"/>
              </w:rPr>
            </w:pPr>
            <w:r w:rsidRPr="00764DD2">
              <w:rPr>
                <w:sz w:val="20"/>
                <w:szCs w:val="20"/>
              </w:rPr>
              <w:t>7. New Business</w:t>
            </w:r>
            <w:r w:rsidRPr="00764DD2">
              <w:rPr>
                <w:sz w:val="20"/>
                <w:szCs w:val="20"/>
              </w:rPr>
              <w:br/>
            </w:r>
            <w:r w:rsidRPr="00764DD2">
              <w:rPr>
                <w:sz w:val="20"/>
                <w:szCs w:val="20"/>
              </w:rPr>
              <w:br/>
            </w:r>
            <w:r w:rsidRPr="00426DBE">
              <w:rPr>
                <w:i/>
                <w:iCs/>
                <w:sz w:val="20"/>
                <w:szCs w:val="20"/>
              </w:rPr>
              <w:t>Presiding Officer: “We will now consider new business. Are there any new motions?”</w:t>
            </w:r>
            <w:r w:rsidRPr="00426DBE">
              <w:rPr>
                <w:i/>
                <w:iCs/>
                <w:sz w:val="20"/>
                <w:szCs w:val="20"/>
              </w:rPr>
              <w:br/>
            </w:r>
          </w:p>
          <w:p w14:paraId="480E725E" w14:textId="0E9B5CA8" w:rsidR="00F14831" w:rsidRPr="00426DBE" w:rsidRDefault="00F14831" w:rsidP="002B2C1A">
            <w:pPr>
              <w:spacing w:after="0" w:line="240" w:lineRule="auto"/>
              <w:ind w:left="360"/>
              <w:rPr>
                <w:i/>
                <w:iCs/>
                <w:sz w:val="20"/>
                <w:szCs w:val="20"/>
              </w:rPr>
            </w:pPr>
            <w:r w:rsidRPr="00426DBE">
              <w:rPr>
                <w:i/>
                <w:iCs/>
                <w:sz w:val="20"/>
                <w:szCs w:val="20"/>
              </w:rPr>
              <w:t xml:space="preserve">1. </w:t>
            </w:r>
            <w:r w:rsidR="001779AB" w:rsidRPr="00426DBE">
              <w:rPr>
                <w:i/>
                <w:iCs/>
                <w:sz w:val="20"/>
                <w:szCs w:val="20"/>
              </w:rPr>
              <w:t xml:space="preserve">Restate motion, </w:t>
            </w:r>
          </w:p>
          <w:p w14:paraId="5C6E7C6C" w14:textId="2267BCE1" w:rsidR="00F14831" w:rsidRPr="00426DBE" w:rsidRDefault="00F14831" w:rsidP="002B2C1A">
            <w:pPr>
              <w:spacing w:after="0" w:line="240" w:lineRule="auto"/>
              <w:ind w:left="360"/>
              <w:rPr>
                <w:i/>
                <w:iCs/>
                <w:sz w:val="20"/>
                <w:szCs w:val="20"/>
              </w:rPr>
            </w:pPr>
            <w:r w:rsidRPr="00426DBE">
              <w:rPr>
                <w:i/>
                <w:iCs/>
                <w:sz w:val="20"/>
                <w:szCs w:val="20"/>
              </w:rPr>
              <w:t>2. A</w:t>
            </w:r>
            <w:r w:rsidR="001779AB" w:rsidRPr="00426DBE">
              <w:rPr>
                <w:i/>
                <w:iCs/>
                <w:sz w:val="20"/>
                <w:szCs w:val="20"/>
              </w:rPr>
              <w:t xml:space="preserve">llow discussion, </w:t>
            </w:r>
          </w:p>
          <w:p w14:paraId="4A90DDF2" w14:textId="7C8C0E64" w:rsidR="001779AB" w:rsidRPr="00426DBE" w:rsidRDefault="00F14831" w:rsidP="002B2C1A">
            <w:pPr>
              <w:spacing w:after="0" w:line="240" w:lineRule="auto"/>
              <w:ind w:left="360"/>
              <w:rPr>
                <w:i/>
                <w:iCs/>
                <w:sz w:val="20"/>
                <w:szCs w:val="20"/>
              </w:rPr>
            </w:pPr>
            <w:r w:rsidRPr="00426DBE">
              <w:rPr>
                <w:i/>
                <w:iCs/>
                <w:sz w:val="20"/>
                <w:szCs w:val="20"/>
              </w:rPr>
              <w:t xml:space="preserve">3. </w:t>
            </w:r>
            <w:r w:rsidR="00A43B4E" w:rsidRPr="00426DBE">
              <w:rPr>
                <w:i/>
                <w:iCs/>
                <w:sz w:val="20"/>
                <w:szCs w:val="20"/>
              </w:rPr>
              <w:t>C</w:t>
            </w:r>
            <w:r w:rsidR="001779AB" w:rsidRPr="00426DBE">
              <w:rPr>
                <w:i/>
                <w:iCs/>
                <w:sz w:val="20"/>
                <w:szCs w:val="20"/>
              </w:rPr>
              <w:t>all for vote.)</w:t>
            </w:r>
          </w:p>
          <w:p w14:paraId="6B415186" w14:textId="6C240E60" w:rsidR="00D672F1" w:rsidRPr="00764DD2" w:rsidRDefault="00F14831" w:rsidP="002B2C1A">
            <w:pPr>
              <w:spacing w:after="0" w:line="240" w:lineRule="auto"/>
              <w:ind w:left="360"/>
              <w:rPr>
                <w:sz w:val="20"/>
                <w:szCs w:val="20"/>
              </w:rPr>
            </w:pPr>
            <w:r w:rsidRPr="00426DBE">
              <w:rPr>
                <w:i/>
                <w:iCs/>
                <w:sz w:val="20"/>
                <w:szCs w:val="20"/>
              </w:rPr>
              <w:t xml:space="preserve">4. </w:t>
            </w:r>
            <w:r w:rsidR="001779AB" w:rsidRPr="00426DBE">
              <w:rPr>
                <w:i/>
                <w:iCs/>
                <w:sz w:val="20"/>
                <w:szCs w:val="20"/>
              </w:rPr>
              <w:t>“The result is [passed/failed].”</w:t>
            </w:r>
          </w:p>
        </w:tc>
        <w:tc>
          <w:tcPr>
            <w:tcW w:w="1440" w:type="dxa"/>
            <w:tcBorders>
              <w:top w:val="single" w:sz="24" w:space="0" w:color="auto"/>
            </w:tcBorders>
          </w:tcPr>
          <w:p w14:paraId="43E1760B" w14:textId="48EC5BE7" w:rsidR="00D672F1" w:rsidRPr="00D672F1" w:rsidRDefault="00D672F1" w:rsidP="003C6F2A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0"/>
              </w:rPr>
            </w:pPr>
            <w:r w:rsidRPr="00D672F1">
              <w:rPr>
                <w:color w:val="000000" w:themeColor="text1"/>
                <w:sz w:val="20"/>
                <w:szCs w:val="20"/>
              </w:rPr>
              <w:t>Motion #1</w:t>
            </w:r>
          </w:p>
        </w:tc>
        <w:tc>
          <w:tcPr>
            <w:tcW w:w="6660" w:type="dxa"/>
            <w:gridSpan w:val="10"/>
            <w:tcBorders>
              <w:top w:val="single" w:sz="24" w:space="0" w:color="auto"/>
            </w:tcBorders>
          </w:tcPr>
          <w:p w14:paraId="51A2B762" w14:textId="77777777" w:rsidR="001A4F99" w:rsidRPr="00D672F1" w:rsidRDefault="001A4F99" w:rsidP="003C6F2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D672F1" w14:paraId="6F047C90" w14:textId="77777777" w:rsidTr="00173FAF">
        <w:trPr>
          <w:trHeight w:val="157"/>
        </w:trPr>
        <w:tc>
          <w:tcPr>
            <w:tcW w:w="2898" w:type="dxa"/>
            <w:vMerge/>
          </w:tcPr>
          <w:p w14:paraId="4CEC9940" w14:textId="77777777" w:rsidR="00D672F1" w:rsidRPr="00764DD2" w:rsidRDefault="00D672F1" w:rsidP="00D013C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2BBFFC6D" w14:textId="2E8E8290" w:rsidR="00D672F1" w:rsidRPr="00D672F1" w:rsidRDefault="00D672F1" w:rsidP="003C6F2A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0"/>
              </w:rPr>
            </w:pPr>
            <w:r w:rsidRPr="00D672F1">
              <w:rPr>
                <w:color w:val="000000" w:themeColor="text1"/>
                <w:sz w:val="20"/>
                <w:szCs w:val="20"/>
              </w:rPr>
              <w:t>Moved by:</w:t>
            </w:r>
          </w:p>
        </w:tc>
        <w:tc>
          <w:tcPr>
            <w:tcW w:w="2790" w:type="dxa"/>
            <w:gridSpan w:val="4"/>
          </w:tcPr>
          <w:p w14:paraId="60C5F409" w14:textId="77777777" w:rsidR="00D672F1" w:rsidRPr="00D672F1" w:rsidRDefault="00D672F1" w:rsidP="003C6F2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6" w:type="dxa"/>
            <w:gridSpan w:val="2"/>
          </w:tcPr>
          <w:p w14:paraId="252FE7E5" w14:textId="6C05C2C6" w:rsidR="00D672F1" w:rsidRPr="00D672F1" w:rsidRDefault="00D672F1" w:rsidP="003C6F2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D672F1">
              <w:rPr>
                <w:color w:val="000000" w:themeColor="text1"/>
                <w:sz w:val="20"/>
                <w:szCs w:val="20"/>
              </w:rPr>
              <w:t>Second By:</w:t>
            </w:r>
          </w:p>
        </w:tc>
        <w:tc>
          <w:tcPr>
            <w:tcW w:w="2664" w:type="dxa"/>
            <w:gridSpan w:val="4"/>
          </w:tcPr>
          <w:p w14:paraId="61B4C55D" w14:textId="77777777" w:rsidR="00D672F1" w:rsidRPr="00D672F1" w:rsidRDefault="00D672F1" w:rsidP="003C6F2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3C6F2A" w14:paraId="68A275E5" w14:textId="77777777" w:rsidTr="003C6F2A">
        <w:trPr>
          <w:trHeight w:val="157"/>
        </w:trPr>
        <w:tc>
          <w:tcPr>
            <w:tcW w:w="2898" w:type="dxa"/>
            <w:vMerge/>
          </w:tcPr>
          <w:p w14:paraId="1A2BA337" w14:textId="77777777" w:rsidR="003C6F2A" w:rsidRPr="00764DD2" w:rsidRDefault="003C6F2A" w:rsidP="00D013C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1721350C" w14:textId="53862F6A" w:rsidR="003C6F2A" w:rsidRPr="00D672F1" w:rsidRDefault="003C6F2A" w:rsidP="003C6F2A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0"/>
              </w:rPr>
            </w:pPr>
            <w:r w:rsidRPr="00D672F1">
              <w:rPr>
                <w:color w:val="000000" w:themeColor="text1"/>
                <w:sz w:val="20"/>
                <w:szCs w:val="20"/>
              </w:rPr>
              <w:t>Votes for:</w:t>
            </w:r>
          </w:p>
        </w:tc>
        <w:tc>
          <w:tcPr>
            <w:tcW w:w="1332" w:type="dxa"/>
            <w:gridSpan w:val="2"/>
          </w:tcPr>
          <w:p w14:paraId="6FFCCC72" w14:textId="77777777" w:rsidR="003C6F2A" w:rsidRPr="00D672F1" w:rsidRDefault="003C6F2A" w:rsidP="003C6F2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58" w:type="dxa"/>
            <w:gridSpan w:val="2"/>
          </w:tcPr>
          <w:p w14:paraId="503C2F5E" w14:textId="5DD5DD5B" w:rsidR="003C6F2A" w:rsidRPr="00D672F1" w:rsidRDefault="003C6F2A" w:rsidP="003C6F2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D672F1">
              <w:rPr>
                <w:color w:val="000000" w:themeColor="text1"/>
                <w:sz w:val="20"/>
                <w:szCs w:val="20"/>
              </w:rPr>
              <w:t>Votes Against:</w:t>
            </w:r>
          </w:p>
        </w:tc>
        <w:tc>
          <w:tcPr>
            <w:tcW w:w="1206" w:type="dxa"/>
            <w:gridSpan w:val="2"/>
          </w:tcPr>
          <w:p w14:paraId="2FF21007" w14:textId="77777777" w:rsidR="003C6F2A" w:rsidRPr="00D672F1" w:rsidRDefault="003C6F2A" w:rsidP="003C6F2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gridSpan w:val="2"/>
          </w:tcPr>
          <w:p w14:paraId="745D9F14" w14:textId="7099E2D1" w:rsidR="003C6F2A" w:rsidRPr="00D672F1" w:rsidRDefault="003C6F2A" w:rsidP="003C6F2A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0"/>
              </w:rPr>
            </w:pPr>
            <w:r w:rsidRPr="00D672F1">
              <w:rPr>
                <w:color w:val="000000" w:themeColor="text1"/>
                <w:sz w:val="20"/>
                <w:szCs w:val="20"/>
              </w:rPr>
              <w:t>Abstain:</w:t>
            </w:r>
          </w:p>
        </w:tc>
        <w:tc>
          <w:tcPr>
            <w:tcW w:w="1332" w:type="dxa"/>
            <w:gridSpan w:val="2"/>
          </w:tcPr>
          <w:p w14:paraId="46ACA77E" w14:textId="77777777" w:rsidR="003C6F2A" w:rsidRPr="00D672F1" w:rsidRDefault="003C6F2A" w:rsidP="003C6F2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3C6F2A" w14:paraId="5C5DE3EB" w14:textId="77777777" w:rsidTr="003C6F2A">
        <w:trPr>
          <w:trHeight w:val="157"/>
        </w:trPr>
        <w:tc>
          <w:tcPr>
            <w:tcW w:w="2898" w:type="dxa"/>
            <w:vMerge/>
          </w:tcPr>
          <w:p w14:paraId="3B91CC53" w14:textId="77777777" w:rsidR="003C6F2A" w:rsidRPr="00764DD2" w:rsidRDefault="003C6F2A" w:rsidP="00D013C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000000" w:themeFill="text1"/>
          </w:tcPr>
          <w:p w14:paraId="635868D6" w14:textId="77777777" w:rsidR="003C6F2A" w:rsidRPr="00D672F1" w:rsidRDefault="003C6F2A" w:rsidP="003C6F2A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gridSpan w:val="2"/>
            <w:shd w:val="clear" w:color="auto" w:fill="000000" w:themeFill="text1"/>
          </w:tcPr>
          <w:p w14:paraId="51BACE08" w14:textId="77777777" w:rsidR="003C6F2A" w:rsidRPr="00D672F1" w:rsidRDefault="003C6F2A" w:rsidP="003C6F2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58" w:type="dxa"/>
            <w:gridSpan w:val="2"/>
            <w:shd w:val="clear" w:color="auto" w:fill="000000" w:themeFill="text1"/>
          </w:tcPr>
          <w:p w14:paraId="067EDF27" w14:textId="77777777" w:rsidR="003C6F2A" w:rsidRPr="00D672F1" w:rsidRDefault="003C6F2A" w:rsidP="003C6F2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6" w:type="dxa"/>
            <w:gridSpan w:val="2"/>
            <w:shd w:val="clear" w:color="auto" w:fill="000000" w:themeFill="text1"/>
          </w:tcPr>
          <w:p w14:paraId="4C439144" w14:textId="77777777" w:rsidR="003C6F2A" w:rsidRPr="00D672F1" w:rsidRDefault="003C6F2A" w:rsidP="003C6F2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gridSpan w:val="2"/>
            <w:shd w:val="clear" w:color="auto" w:fill="000000" w:themeFill="text1"/>
          </w:tcPr>
          <w:p w14:paraId="5728BD16" w14:textId="77777777" w:rsidR="003C6F2A" w:rsidRPr="00D672F1" w:rsidRDefault="003C6F2A" w:rsidP="003C6F2A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gridSpan w:val="2"/>
            <w:shd w:val="clear" w:color="auto" w:fill="000000" w:themeFill="text1"/>
          </w:tcPr>
          <w:p w14:paraId="50EAD799" w14:textId="77777777" w:rsidR="003C6F2A" w:rsidRPr="00D672F1" w:rsidRDefault="003C6F2A" w:rsidP="003C6F2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D672F1" w14:paraId="6081F865" w14:textId="77777777" w:rsidTr="009C52A7">
        <w:trPr>
          <w:trHeight w:val="157"/>
        </w:trPr>
        <w:tc>
          <w:tcPr>
            <w:tcW w:w="2898" w:type="dxa"/>
            <w:vMerge/>
          </w:tcPr>
          <w:p w14:paraId="18FD9853" w14:textId="77777777" w:rsidR="00D672F1" w:rsidRPr="00764DD2" w:rsidRDefault="00D672F1" w:rsidP="00D013C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53C9557C" w14:textId="52906B51" w:rsidR="00D672F1" w:rsidRPr="00D672F1" w:rsidRDefault="00D672F1" w:rsidP="003C6F2A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0"/>
              </w:rPr>
            </w:pPr>
            <w:r w:rsidRPr="00D672F1">
              <w:rPr>
                <w:color w:val="000000" w:themeColor="text1"/>
                <w:sz w:val="20"/>
                <w:szCs w:val="20"/>
              </w:rPr>
              <w:t>Motion #2</w:t>
            </w:r>
          </w:p>
        </w:tc>
        <w:tc>
          <w:tcPr>
            <w:tcW w:w="6660" w:type="dxa"/>
            <w:gridSpan w:val="10"/>
          </w:tcPr>
          <w:p w14:paraId="3405E07D" w14:textId="77777777" w:rsidR="001A4F99" w:rsidRPr="00D672F1" w:rsidRDefault="001A4F99" w:rsidP="003C6F2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D672F1" w14:paraId="1830987F" w14:textId="77777777" w:rsidTr="00FE4AD3">
        <w:trPr>
          <w:trHeight w:val="157"/>
        </w:trPr>
        <w:tc>
          <w:tcPr>
            <w:tcW w:w="2898" w:type="dxa"/>
            <w:vMerge/>
          </w:tcPr>
          <w:p w14:paraId="7523247D" w14:textId="77777777" w:rsidR="00D672F1" w:rsidRPr="00764DD2" w:rsidRDefault="00D672F1" w:rsidP="00D013C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603BBB88" w14:textId="0971E20A" w:rsidR="00D672F1" w:rsidRPr="00D672F1" w:rsidRDefault="00D672F1" w:rsidP="003C6F2A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0"/>
              </w:rPr>
            </w:pPr>
            <w:r w:rsidRPr="00D672F1">
              <w:rPr>
                <w:color w:val="000000" w:themeColor="text1"/>
                <w:sz w:val="20"/>
                <w:szCs w:val="20"/>
              </w:rPr>
              <w:t>Moved by:</w:t>
            </w:r>
          </w:p>
        </w:tc>
        <w:tc>
          <w:tcPr>
            <w:tcW w:w="2790" w:type="dxa"/>
            <w:gridSpan w:val="4"/>
          </w:tcPr>
          <w:p w14:paraId="12807D52" w14:textId="77777777" w:rsidR="00D672F1" w:rsidRPr="00D672F1" w:rsidRDefault="00D672F1" w:rsidP="003C6F2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6" w:type="dxa"/>
            <w:gridSpan w:val="2"/>
          </w:tcPr>
          <w:p w14:paraId="6654655D" w14:textId="70A8320F" w:rsidR="00D672F1" w:rsidRPr="00D672F1" w:rsidRDefault="00D672F1" w:rsidP="003C6F2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D672F1">
              <w:rPr>
                <w:color w:val="000000" w:themeColor="text1"/>
                <w:sz w:val="20"/>
                <w:szCs w:val="20"/>
              </w:rPr>
              <w:t>Second By:</w:t>
            </w:r>
          </w:p>
        </w:tc>
        <w:tc>
          <w:tcPr>
            <w:tcW w:w="2664" w:type="dxa"/>
            <w:gridSpan w:val="4"/>
          </w:tcPr>
          <w:p w14:paraId="73081593" w14:textId="77777777" w:rsidR="00D672F1" w:rsidRPr="00D672F1" w:rsidRDefault="00D672F1" w:rsidP="003C6F2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3C6F2A" w14:paraId="26666EBE" w14:textId="77777777" w:rsidTr="003C6F2A">
        <w:trPr>
          <w:trHeight w:val="157"/>
        </w:trPr>
        <w:tc>
          <w:tcPr>
            <w:tcW w:w="2898" w:type="dxa"/>
            <w:vMerge/>
          </w:tcPr>
          <w:p w14:paraId="1B570FCA" w14:textId="77777777" w:rsidR="003C6F2A" w:rsidRPr="00764DD2" w:rsidRDefault="003C6F2A" w:rsidP="00D013C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76056F14" w14:textId="088B0803" w:rsidR="003C6F2A" w:rsidRPr="00D672F1" w:rsidRDefault="003C6F2A" w:rsidP="003C6F2A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0"/>
              </w:rPr>
            </w:pPr>
            <w:r w:rsidRPr="00D672F1">
              <w:rPr>
                <w:color w:val="000000" w:themeColor="text1"/>
                <w:sz w:val="20"/>
                <w:szCs w:val="20"/>
              </w:rPr>
              <w:t>Votes for:</w:t>
            </w:r>
          </w:p>
        </w:tc>
        <w:tc>
          <w:tcPr>
            <w:tcW w:w="1332" w:type="dxa"/>
            <w:gridSpan w:val="2"/>
          </w:tcPr>
          <w:p w14:paraId="49834308" w14:textId="77777777" w:rsidR="003C6F2A" w:rsidRPr="00D672F1" w:rsidRDefault="003C6F2A" w:rsidP="003C6F2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58" w:type="dxa"/>
            <w:gridSpan w:val="2"/>
          </w:tcPr>
          <w:p w14:paraId="4BAF71FB" w14:textId="58BF0845" w:rsidR="003C6F2A" w:rsidRPr="00D672F1" w:rsidRDefault="003C6F2A" w:rsidP="003C6F2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D672F1">
              <w:rPr>
                <w:color w:val="000000" w:themeColor="text1"/>
                <w:sz w:val="20"/>
                <w:szCs w:val="20"/>
              </w:rPr>
              <w:t>Votes Against:</w:t>
            </w:r>
          </w:p>
        </w:tc>
        <w:tc>
          <w:tcPr>
            <w:tcW w:w="1206" w:type="dxa"/>
            <w:gridSpan w:val="2"/>
          </w:tcPr>
          <w:p w14:paraId="24B48F7D" w14:textId="77777777" w:rsidR="003C6F2A" w:rsidRPr="00D672F1" w:rsidRDefault="003C6F2A" w:rsidP="003C6F2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gridSpan w:val="2"/>
          </w:tcPr>
          <w:p w14:paraId="3DF17811" w14:textId="33AD2D36" w:rsidR="003C6F2A" w:rsidRPr="00D672F1" w:rsidRDefault="003C6F2A" w:rsidP="003C6F2A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0"/>
              </w:rPr>
            </w:pPr>
            <w:r w:rsidRPr="00D672F1">
              <w:rPr>
                <w:color w:val="000000" w:themeColor="text1"/>
                <w:sz w:val="20"/>
                <w:szCs w:val="20"/>
              </w:rPr>
              <w:t>Abstain:</w:t>
            </w:r>
          </w:p>
        </w:tc>
        <w:tc>
          <w:tcPr>
            <w:tcW w:w="1332" w:type="dxa"/>
            <w:gridSpan w:val="2"/>
          </w:tcPr>
          <w:p w14:paraId="7397ECDA" w14:textId="77777777" w:rsidR="003C6F2A" w:rsidRPr="00D672F1" w:rsidRDefault="003C6F2A" w:rsidP="003C6F2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3C6F2A" w14:paraId="6D66580D" w14:textId="77777777" w:rsidTr="003C6F2A">
        <w:trPr>
          <w:trHeight w:val="157"/>
        </w:trPr>
        <w:tc>
          <w:tcPr>
            <w:tcW w:w="2898" w:type="dxa"/>
            <w:vMerge/>
          </w:tcPr>
          <w:p w14:paraId="42B33921" w14:textId="77777777" w:rsidR="003C6F2A" w:rsidRPr="00764DD2" w:rsidRDefault="003C6F2A" w:rsidP="00D013C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000000" w:themeFill="text1"/>
          </w:tcPr>
          <w:p w14:paraId="70A3731D" w14:textId="77777777" w:rsidR="003C6F2A" w:rsidRPr="00D672F1" w:rsidRDefault="003C6F2A" w:rsidP="003C6F2A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gridSpan w:val="2"/>
            <w:shd w:val="clear" w:color="auto" w:fill="000000" w:themeFill="text1"/>
          </w:tcPr>
          <w:p w14:paraId="49840E5B" w14:textId="77777777" w:rsidR="003C6F2A" w:rsidRPr="00D672F1" w:rsidRDefault="003C6F2A" w:rsidP="003C6F2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58" w:type="dxa"/>
            <w:gridSpan w:val="2"/>
            <w:shd w:val="clear" w:color="auto" w:fill="000000" w:themeFill="text1"/>
          </w:tcPr>
          <w:p w14:paraId="6A278569" w14:textId="77777777" w:rsidR="003C6F2A" w:rsidRPr="00D672F1" w:rsidRDefault="003C6F2A" w:rsidP="003C6F2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6" w:type="dxa"/>
            <w:gridSpan w:val="2"/>
            <w:shd w:val="clear" w:color="auto" w:fill="000000" w:themeFill="text1"/>
          </w:tcPr>
          <w:p w14:paraId="0935EA82" w14:textId="77777777" w:rsidR="003C6F2A" w:rsidRPr="00D672F1" w:rsidRDefault="003C6F2A" w:rsidP="003C6F2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gridSpan w:val="2"/>
            <w:shd w:val="clear" w:color="auto" w:fill="000000" w:themeFill="text1"/>
          </w:tcPr>
          <w:p w14:paraId="74723D23" w14:textId="77777777" w:rsidR="003C6F2A" w:rsidRPr="00D672F1" w:rsidRDefault="003C6F2A" w:rsidP="003C6F2A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gridSpan w:val="2"/>
            <w:shd w:val="clear" w:color="auto" w:fill="000000" w:themeFill="text1"/>
          </w:tcPr>
          <w:p w14:paraId="5DA06598" w14:textId="77777777" w:rsidR="003C6F2A" w:rsidRPr="00D672F1" w:rsidRDefault="003C6F2A" w:rsidP="003C6F2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D672F1" w14:paraId="7C0957FD" w14:textId="77777777" w:rsidTr="000A2934">
        <w:trPr>
          <w:trHeight w:val="157"/>
        </w:trPr>
        <w:tc>
          <w:tcPr>
            <w:tcW w:w="2898" w:type="dxa"/>
            <w:vMerge/>
          </w:tcPr>
          <w:p w14:paraId="0A4CD0C7" w14:textId="77777777" w:rsidR="00D672F1" w:rsidRPr="00764DD2" w:rsidRDefault="00D672F1" w:rsidP="00D013C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3FF2250E" w14:textId="25C28BD9" w:rsidR="00D672F1" w:rsidRPr="00D672F1" w:rsidRDefault="00D672F1" w:rsidP="003C6F2A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0"/>
              </w:rPr>
            </w:pPr>
            <w:r w:rsidRPr="00D672F1">
              <w:rPr>
                <w:color w:val="000000" w:themeColor="text1"/>
                <w:sz w:val="20"/>
                <w:szCs w:val="20"/>
              </w:rPr>
              <w:t>Motion #3</w:t>
            </w:r>
          </w:p>
        </w:tc>
        <w:tc>
          <w:tcPr>
            <w:tcW w:w="0" w:type="auto"/>
            <w:gridSpan w:val="10"/>
          </w:tcPr>
          <w:p w14:paraId="5ADA194C" w14:textId="77777777" w:rsidR="001A4F99" w:rsidRPr="00D672F1" w:rsidRDefault="001A4F99" w:rsidP="003C6F2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D672F1" w14:paraId="6F4E13C9" w14:textId="77777777" w:rsidTr="00C410A6">
        <w:trPr>
          <w:trHeight w:val="157"/>
        </w:trPr>
        <w:tc>
          <w:tcPr>
            <w:tcW w:w="2898" w:type="dxa"/>
            <w:vMerge/>
          </w:tcPr>
          <w:p w14:paraId="0D818DE2" w14:textId="77777777" w:rsidR="00D672F1" w:rsidRPr="00764DD2" w:rsidRDefault="00D672F1" w:rsidP="00D013C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3E2CCC14" w14:textId="337BC8B1" w:rsidR="00D672F1" w:rsidRPr="00D672F1" w:rsidRDefault="00D672F1" w:rsidP="003C6F2A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0"/>
              </w:rPr>
            </w:pPr>
            <w:r w:rsidRPr="00D672F1">
              <w:rPr>
                <w:color w:val="000000" w:themeColor="text1"/>
                <w:sz w:val="20"/>
                <w:szCs w:val="20"/>
              </w:rPr>
              <w:t>Moved by:</w:t>
            </w:r>
          </w:p>
        </w:tc>
        <w:tc>
          <w:tcPr>
            <w:tcW w:w="2790" w:type="dxa"/>
            <w:gridSpan w:val="4"/>
          </w:tcPr>
          <w:p w14:paraId="5E7B24E4" w14:textId="77777777" w:rsidR="00D672F1" w:rsidRPr="00D672F1" w:rsidRDefault="00D672F1" w:rsidP="003C6F2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6" w:type="dxa"/>
            <w:gridSpan w:val="2"/>
          </w:tcPr>
          <w:p w14:paraId="3543148C" w14:textId="788D9B59" w:rsidR="00D672F1" w:rsidRPr="00D672F1" w:rsidRDefault="00D672F1" w:rsidP="003C6F2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D672F1">
              <w:rPr>
                <w:color w:val="000000" w:themeColor="text1"/>
                <w:sz w:val="20"/>
                <w:szCs w:val="20"/>
              </w:rPr>
              <w:t>Second By:</w:t>
            </w:r>
          </w:p>
        </w:tc>
        <w:tc>
          <w:tcPr>
            <w:tcW w:w="2664" w:type="dxa"/>
            <w:gridSpan w:val="4"/>
          </w:tcPr>
          <w:p w14:paraId="3E2D6A26" w14:textId="77777777" w:rsidR="00D672F1" w:rsidRPr="00D672F1" w:rsidRDefault="00D672F1" w:rsidP="003C6F2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3C6F2A" w14:paraId="50C32CC4" w14:textId="77777777" w:rsidTr="003C6F2A">
        <w:trPr>
          <w:trHeight w:val="157"/>
        </w:trPr>
        <w:tc>
          <w:tcPr>
            <w:tcW w:w="2898" w:type="dxa"/>
            <w:vMerge/>
          </w:tcPr>
          <w:p w14:paraId="2159FA03" w14:textId="77777777" w:rsidR="003C6F2A" w:rsidRPr="00764DD2" w:rsidRDefault="003C6F2A" w:rsidP="00D013C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13D8FF76" w14:textId="7D77C23A" w:rsidR="003C6F2A" w:rsidRPr="00D672F1" w:rsidRDefault="003C6F2A" w:rsidP="003C6F2A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0"/>
              </w:rPr>
            </w:pPr>
            <w:r w:rsidRPr="00D672F1">
              <w:rPr>
                <w:color w:val="000000" w:themeColor="text1"/>
                <w:sz w:val="20"/>
                <w:szCs w:val="20"/>
              </w:rPr>
              <w:t>Votes for:</w:t>
            </w:r>
          </w:p>
        </w:tc>
        <w:tc>
          <w:tcPr>
            <w:tcW w:w="1332" w:type="dxa"/>
            <w:gridSpan w:val="2"/>
          </w:tcPr>
          <w:p w14:paraId="06CD1874" w14:textId="77777777" w:rsidR="003C6F2A" w:rsidRPr="00D672F1" w:rsidRDefault="003C6F2A" w:rsidP="003C6F2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58" w:type="dxa"/>
            <w:gridSpan w:val="2"/>
          </w:tcPr>
          <w:p w14:paraId="052FD1AB" w14:textId="76633443" w:rsidR="003C6F2A" w:rsidRPr="00D672F1" w:rsidRDefault="003C6F2A" w:rsidP="003C6F2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D672F1">
              <w:rPr>
                <w:color w:val="000000" w:themeColor="text1"/>
                <w:sz w:val="20"/>
                <w:szCs w:val="20"/>
              </w:rPr>
              <w:t>Votes Against:</w:t>
            </w:r>
          </w:p>
        </w:tc>
        <w:tc>
          <w:tcPr>
            <w:tcW w:w="1206" w:type="dxa"/>
            <w:gridSpan w:val="2"/>
          </w:tcPr>
          <w:p w14:paraId="168B3117" w14:textId="77777777" w:rsidR="003C6F2A" w:rsidRPr="00D672F1" w:rsidRDefault="003C6F2A" w:rsidP="003C6F2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gridSpan w:val="2"/>
          </w:tcPr>
          <w:p w14:paraId="74E6FA05" w14:textId="56D8DEA8" w:rsidR="003C6F2A" w:rsidRPr="00D672F1" w:rsidRDefault="003C6F2A" w:rsidP="003C6F2A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0"/>
              </w:rPr>
            </w:pPr>
            <w:r w:rsidRPr="00D672F1">
              <w:rPr>
                <w:color w:val="000000" w:themeColor="text1"/>
                <w:sz w:val="20"/>
                <w:szCs w:val="20"/>
              </w:rPr>
              <w:t>Abstain:</w:t>
            </w:r>
          </w:p>
        </w:tc>
        <w:tc>
          <w:tcPr>
            <w:tcW w:w="1332" w:type="dxa"/>
            <w:gridSpan w:val="2"/>
          </w:tcPr>
          <w:p w14:paraId="5C129AA2" w14:textId="77777777" w:rsidR="003C6F2A" w:rsidRPr="00D672F1" w:rsidRDefault="003C6F2A" w:rsidP="003C6F2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3C6F2A" w14:paraId="12228A44" w14:textId="77777777" w:rsidTr="003C6F2A">
        <w:trPr>
          <w:trHeight w:val="157"/>
        </w:trPr>
        <w:tc>
          <w:tcPr>
            <w:tcW w:w="2898" w:type="dxa"/>
            <w:vMerge/>
          </w:tcPr>
          <w:p w14:paraId="6A9934F7" w14:textId="77777777" w:rsidR="003C6F2A" w:rsidRPr="00764DD2" w:rsidRDefault="003C6F2A" w:rsidP="00D013C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000000" w:themeFill="text1"/>
          </w:tcPr>
          <w:p w14:paraId="1291D8CD" w14:textId="77777777" w:rsidR="003C6F2A" w:rsidRPr="00D672F1" w:rsidRDefault="003C6F2A" w:rsidP="003C6F2A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gridSpan w:val="2"/>
            <w:shd w:val="clear" w:color="auto" w:fill="000000" w:themeFill="text1"/>
          </w:tcPr>
          <w:p w14:paraId="0036E7A0" w14:textId="77777777" w:rsidR="003C6F2A" w:rsidRPr="00D672F1" w:rsidRDefault="003C6F2A" w:rsidP="003C6F2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58" w:type="dxa"/>
            <w:gridSpan w:val="2"/>
            <w:shd w:val="clear" w:color="auto" w:fill="000000" w:themeFill="text1"/>
          </w:tcPr>
          <w:p w14:paraId="55608C9C" w14:textId="77777777" w:rsidR="003C6F2A" w:rsidRPr="00D672F1" w:rsidRDefault="003C6F2A" w:rsidP="003C6F2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6" w:type="dxa"/>
            <w:gridSpan w:val="2"/>
            <w:shd w:val="clear" w:color="auto" w:fill="000000" w:themeFill="text1"/>
          </w:tcPr>
          <w:p w14:paraId="73FF324F" w14:textId="77777777" w:rsidR="003C6F2A" w:rsidRPr="00D672F1" w:rsidRDefault="003C6F2A" w:rsidP="003C6F2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gridSpan w:val="2"/>
            <w:shd w:val="clear" w:color="auto" w:fill="000000" w:themeFill="text1"/>
          </w:tcPr>
          <w:p w14:paraId="2039EFAC" w14:textId="77777777" w:rsidR="003C6F2A" w:rsidRPr="00D672F1" w:rsidRDefault="003C6F2A" w:rsidP="003C6F2A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gridSpan w:val="2"/>
            <w:shd w:val="clear" w:color="auto" w:fill="000000" w:themeFill="text1"/>
          </w:tcPr>
          <w:p w14:paraId="69AC4D68" w14:textId="77777777" w:rsidR="003C6F2A" w:rsidRPr="00D672F1" w:rsidRDefault="003C6F2A" w:rsidP="003C6F2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D672F1" w14:paraId="392AC3A5" w14:textId="77777777" w:rsidTr="008627B8">
        <w:trPr>
          <w:trHeight w:val="157"/>
        </w:trPr>
        <w:tc>
          <w:tcPr>
            <w:tcW w:w="2898" w:type="dxa"/>
            <w:vMerge/>
          </w:tcPr>
          <w:p w14:paraId="521F135E" w14:textId="77777777" w:rsidR="00D672F1" w:rsidRPr="00764DD2" w:rsidRDefault="00D672F1" w:rsidP="00D013C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0D36CDA0" w14:textId="570DC389" w:rsidR="00D672F1" w:rsidRPr="00D672F1" w:rsidRDefault="00D672F1" w:rsidP="003C6F2A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0"/>
              </w:rPr>
            </w:pPr>
            <w:r w:rsidRPr="00D672F1">
              <w:rPr>
                <w:color w:val="000000" w:themeColor="text1"/>
                <w:sz w:val="20"/>
                <w:szCs w:val="20"/>
              </w:rPr>
              <w:t>Motion #4</w:t>
            </w:r>
          </w:p>
        </w:tc>
        <w:tc>
          <w:tcPr>
            <w:tcW w:w="6660" w:type="dxa"/>
            <w:gridSpan w:val="10"/>
          </w:tcPr>
          <w:p w14:paraId="620A1DEC" w14:textId="77777777" w:rsidR="00510611" w:rsidRPr="00D672F1" w:rsidRDefault="00510611" w:rsidP="003C6F2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D672F1" w14:paraId="2552DE28" w14:textId="77777777" w:rsidTr="00B6071A">
        <w:trPr>
          <w:trHeight w:val="157"/>
        </w:trPr>
        <w:tc>
          <w:tcPr>
            <w:tcW w:w="2898" w:type="dxa"/>
            <w:vMerge/>
          </w:tcPr>
          <w:p w14:paraId="38A073C6" w14:textId="77777777" w:rsidR="00D672F1" w:rsidRPr="00764DD2" w:rsidRDefault="00D672F1" w:rsidP="00D013C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7E863CCE" w14:textId="4613372F" w:rsidR="00D672F1" w:rsidRPr="00D672F1" w:rsidRDefault="00D672F1" w:rsidP="003C6F2A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0"/>
              </w:rPr>
            </w:pPr>
            <w:r w:rsidRPr="00D672F1">
              <w:rPr>
                <w:color w:val="000000" w:themeColor="text1"/>
                <w:sz w:val="20"/>
                <w:szCs w:val="20"/>
              </w:rPr>
              <w:t>Moved by:</w:t>
            </w:r>
          </w:p>
        </w:tc>
        <w:tc>
          <w:tcPr>
            <w:tcW w:w="2790" w:type="dxa"/>
            <w:gridSpan w:val="4"/>
          </w:tcPr>
          <w:p w14:paraId="335929EA" w14:textId="77777777" w:rsidR="00D672F1" w:rsidRPr="00D672F1" w:rsidRDefault="00D672F1" w:rsidP="003C6F2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6" w:type="dxa"/>
            <w:gridSpan w:val="2"/>
          </w:tcPr>
          <w:p w14:paraId="7EA9C833" w14:textId="1F0D656D" w:rsidR="00D672F1" w:rsidRPr="00D672F1" w:rsidRDefault="00D672F1" w:rsidP="003C6F2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D672F1">
              <w:rPr>
                <w:color w:val="000000" w:themeColor="text1"/>
                <w:sz w:val="20"/>
                <w:szCs w:val="20"/>
              </w:rPr>
              <w:t>Second By:</w:t>
            </w:r>
          </w:p>
        </w:tc>
        <w:tc>
          <w:tcPr>
            <w:tcW w:w="2664" w:type="dxa"/>
            <w:gridSpan w:val="4"/>
          </w:tcPr>
          <w:p w14:paraId="0774C269" w14:textId="77777777" w:rsidR="00D672F1" w:rsidRPr="00D672F1" w:rsidRDefault="00D672F1" w:rsidP="003C6F2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3C6F2A" w14:paraId="460F825A" w14:textId="77777777" w:rsidTr="003C6F2A">
        <w:trPr>
          <w:trHeight w:val="157"/>
        </w:trPr>
        <w:tc>
          <w:tcPr>
            <w:tcW w:w="2898" w:type="dxa"/>
            <w:vMerge/>
            <w:tcBorders>
              <w:bottom w:val="single" w:sz="24" w:space="0" w:color="auto"/>
            </w:tcBorders>
          </w:tcPr>
          <w:p w14:paraId="77217E38" w14:textId="77777777" w:rsidR="003C6F2A" w:rsidRPr="00764DD2" w:rsidRDefault="003C6F2A" w:rsidP="00D013C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24" w:space="0" w:color="auto"/>
            </w:tcBorders>
          </w:tcPr>
          <w:p w14:paraId="5AF41471" w14:textId="4427DBD7" w:rsidR="003C6F2A" w:rsidRPr="00D672F1" w:rsidRDefault="003C6F2A" w:rsidP="003C6F2A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0"/>
              </w:rPr>
            </w:pPr>
            <w:r w:rsidRPr="00D672F1">
              <w:rPr>
                <w:color w:val="000000" w:themeColor="text1"/>
                <w:sz w:val="20"/>
                <w:szCs w:val="20"/>
              </w:rPr>
              <w:t>Votes for:</w:t>
            </w:r>
          </w:p>
        </w:tc>
        <w:tc>
          <w:tcPr>
            <w:tcW w:w="1332" w:type="dxa"/>
            <w:gridSpan w:val="2"/>
            <w:tcBorders>
              <w:bottom w:val="single" w:sz="24" w:space="0" w:color="auto"/>
            </w:tcBorders>
          </w:tcPr>
          <w:p w14:paraId="60C114AE" w14:textId="77777777" w:rsidR="003C6F2A" w:rsidRPr="00D672F1" w:rsidRDefault="003C6F2A" w:rsidP="003C6F2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58" w:type="dxa"/>
            <w:gridSpan w:val="2"/>
            <w:tcBorders>
              <w:bottom w:val="single" w:sz="24" w:space="0" w:color="auto"/>
            </w:tcBorders>
          </w:tcPr>
          <w:p w14:paraId="6A434B0C" w14:textId="4829AA29" w:rsidR="003C6F2A" w:rsidRPr="00D672F1" w:rsidRDefault="003C6F2A" w:rsidP="003C6F2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D672F1">
              <w:rPr>
                <w:color w:val="000000" w:themeColor="text1"/>
                <w:sz w:val="20"/>
                <w:szCs w:val="20"/>
              </w:rPr>
              <w:t>Votes Against:</w:t>
            </w:r>
          </w:p>
        </w:tc>
        <w:tc>
          <w:tcPr>
            <w:tcW w:w="1206" w:type="dxa"/>
            <w:gridSpan w:val="2"/>
            <w:tcBorders>
              <w:bottom w:val="single" w:sz="24" w:space="0" w:color="auto"/>
            </w:tcBorders>
          </w:tcPr>
          <w:p w14:paraId="32A30485" w14:textId="77777777" w:rsidR="003C6F2A" w:rsidRPr="00D672F1" w:rsidRDefault="003C6F2A" w:rsidP="003C6F2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gridSpan w:val="2"/>
            <w:tcBorders>
              <w:bottom w:val="single" w:sz="24" w:space="0" w:color="auto"/>
            </w:tcBorders>
          </w:tcPr>
          <w:p w14:paraId="32F13124" w14:textId="0171C5AF" w:rsidR="003C6F2A" w:rsidRPr="00D672F1" w:rsidRDefault="003C6F2A" w:rsidP="003C6F2A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0"/>
              </w:rPr>
            </w:pPr>
            <w:r w:rsidRPr="00D672F1">
              <w:rPr>
                <w:color w:val="000000" w:themeColor="text1"/>
                <w:sz w:val="20"/>
                <w:szCs w:val="20"/>
              </w:rPr>
              <w:t>Abstain:</w:t>
            </w:r>
          </w:p>
        </w:tc>
        <w:tc>
          <w:tcPr>
            <w:tcW w:w="1332" w:type="dxa"/>
            <w:gridSpan w:val="2"/>
            <w:tcBorders>
              <w:bottom w:val="single" w:sz="24" w:space="0" w:color="auto"/>
            </w:tcBorders>
          </w:tcPr>
          <w:p w14:paraId="69F70F36" w14:textId="77777777" w:rsidR="003C6F2A" w:rsidRPr="00D672F1" w:rsidRDefault="003C6F2A" w:rsidP="003C6F2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5E6EEC" w14:paraId="5234B255" w14:textId="77777777" w:rsidTr="00EE73D2">
        <w:trPr>
          <w:trHeight w:val="831"/>
        </w:trPr>
        <w:tc>
          <w:tcPr>
            <w:tcW w:w="2898" w:type="dxa"/>
            <w:tcBorders>
              <w:top w:val="single" w:sz="24" w:space="0" w:color="auto"/>
              <w:bottom w:val="single" w:sz="24" w:space="0" w:color="auto"/>
            </w:tcBorders>
          </w:tcPr>
          <w:p w14:paraId="3F30E112" w14:textId="7BDCDA5A" w:rsidR="005E6EEC" w:rsidRPr="00764DD2" w:rsidRDefault="002401D6" w:rsidP="00D013C4">
            <w:pPr>
              <w:spacing w:line="240" w:lineRule="auto"/>
              <w:rPr>
                <w:sz w:val="20"/>
                <w:szCs w:val="20"/>
              </w:rPr>
            </w:pPr>
            <w:r w:rsidRPr="00764DD2">
              <w:rPr>
                <w:sz w:val="20"/>
                <w:szCs w:val="20"/>
              </w:rPr>
              <w:t>8. Announcements</w:t>
            </w:r>
            <w:r w:rsidRPr="00764DD2">
              <w:rPr>
                <w:sz w:val="20"/>
                <w:szCs w:val="20"/>
              </w:rPr>
              <w:br/>
            </w:r>
            <w:r w:rsidRPr="00D66D93">
              <w:rPr>
                <w:i/>
                <w:iCs/>
                <w:sz w:val="20"/>
                <w:szCs w:val="20"/>
              </w:rPr>
              <w:t>Presiding Officer: “Are there any announcements?”</w:t>
            </w:r>
          </w:p>
        </w:tc>
        <w:tc>
          <w:tcPr>
            <w:tcW w:w="8100" w:type="dxa"/>
            <w:gridSpan w:val="11"/>
            <w:tcBorders>
              <w:bottom w:val="single" w:sz="24" w:space="0" w:color="auto"/>
            </w:tcBorders>
          </w:tcPr>
          <w:p w14:paraId="76C3B6AF" w14:textId="77777777" w:rsidR="005E6EEC" w:rsidRDefault="0003586D">
            <w:r>
              <w:t>1- Full overview of the elections and nominations process.</w:t>
            </w:r>
          </w:p>
          <w:p w14:paraId="62670B3B" w14:textId="28E65EF6" w:rsidR="008C7AE8" w:rsidRDefault="008C7AE8">
            <w:r>
              <w:t xml:space="preserve">2- </w:t>
            </w:r>
            <w:r w:rsidR="00F360A2">
              <w:t>Brick Campaign update about one more month to attempt to get all donators to communicate their preference.</w:t>
            </w:r>
            <w:r w:rsidR="00573ED2">
              <w:t xml:space="preserve"> Will create a graphic to post daily for one week for this purpose.</w:t>
            </w:r>
          </w:p>
          <w:p w14:paraId="5137513F" w14:textId="62A4C112" w:rsidR="0003586D" w:rsidRDefault="00573ED2">
            <w:r>
              <w:t xml:space="preserve">3- </w:t>
            </w:r>
            <w:r w:rsidR="003935E5">
              <w:t xml:space="preserve">Danny D. said planning is underway for Alumni Fest and he will be working in conjunction with R. Horne </w:t>
            </w:r>
            <w:r w:rsidR="000155D4">
              <w:t>to eventually pass it on to him.</w:t>
            </w:r>
          </w:p>
        </w:tc>
      </w:tr>
      <w:tr w:rsidR="005E6EEC" w14:paraId="599593A2" w14:textId="77777777" w:rsidTr="003C6F2A">
        <w:tc>
          <w:tcPr>
            <w:tcW w:w="2898" w:type="dxa"/>
            <w:tcBorders>
              <w:top w:val="single" w:sz="24" w:space="0" w:color="auto"/>
              <w:bottom w:val="single" w:sz="24" w:space="0" w:color="auto"/>
            </w:tcBorders>
          </w:tcPr>
          <w:p w14:paraId="4AAA358E" w14:textId="77777777" w:rsidR="005E6EEC" w:rsidRPr="00764DD2" w:rsidRDefault="002401D6" w:rsidP="00D013C4">
            <w:pPr>
              <w:spacing w:line="240" w:lineRule="auto"/>
              <w:rPr>
                <w:sz w:val="20"/>
                <w:szCs w:val="20"/>
              </w:rPr>
            </w:pPr>
            <w:r w:rsidRPr="00764DD2">
              <w:rPr>
                <w:sz w:val="20"/>
                <w:szCs w:val="20"/>
              </w:rPr>
              <w:t>9. Adjournment</w:t>
            </w:r>
            <w:r w:rsidRPr="00764DD2">
              <w:rPr>
                <w:sz w:val="20"/>
                <w:szCs w:val="20"/>
              </w:rPr>
              <w:br/>
            </w:r>
            <w:r w:rsidRPr="00764DD2">
              <w:rPr>
                <w:sz w:val="20"/>
                <w:szCs w:val="20"/>
              </w:rPr>
              <w:br/>
            </w:r>
            <w:r w:rsidRPr="00426DBE">
              <w:rPr>
                <w:i/>
                <w:iCs/>
                <w:sz w:val="20"/>
                <w:szCs w:val="20"/>
              </w:rPr>
              <w:t>Presiding Officer: “Is there a motion to adjourn?”</w:t>
            </w:r>
            <w:r w:rsidRPr="00426DBE">
              <w:rPr>
                <w:i/>
                <w:iCs/>
                <w:sz w:val="20"/>
                <w:szCs w:val="20"/>
              </w:rPr>
              <w:br/>
            </w:r>
            <w:r w:rsidRPr="00426DBE">
              <w:rPr>
                <w:i/>
                <w:iCs/>
                <w:sz w:val="20"/>
                <w:szCs w:val="20"/>
              </w:rPr>
              <w:br/>
              <w:t>Member: “I move to adjourn.”</w:t>
            </w:r>
            <w:r w:rsidRPr="00426DBE">
              <w:rPr>
                <w:i/>
                <w:iCs/>
                <w:sz w:val="20"/>
                <w:szCs w:val="20"/>
              </w:rPr>
              <w:br/>
            </w:r>
            <w:r w:rsidRPr="00426DBE">
              <w:rPr>
                <w:i/>
                <w:iCs/>
                <w:sz w:val="20"/>
                <w:szCs w:val="20"/>
              </w:rPr>
              <w:br/>
              <w:t>Presiding Officer: “It has been moved and seconded that we adjourn. All in favor say ‘Aye.’</w:t>
            </w:r>
            <w:r w:rsidRPr="00764DD2">
              <w:rPr>
                <w:sz w:val="20"/>
                <w:szCs w:val="20"/>
              </w:rPr>
              <w:t xml:space="preserve"> Opposed ‘No.’ The meeting is adjourned at [time].”</w:t>
            </w:r>
          </w:p>
        </w:tc>
        <w:tc>
          <w:tcPr>
            <w:tcW w:w="8100" w:type="dxa"/>
            <w:gridSpan w:val="11"/>
            <w:tcBorders>
              <w:top w:val="single" w:sz="24" w:space="0" w:color="auto"/>
              <w:bottom w:val="single" w:sz="24" w:space="0" w:color="auto"/>
            </w:tcBorders>
          </w:tcPr>
          <w:p w14:paraId="7ED557C8" w14:textId="6817C03A" w:rsidR="005E6EEC" w:rsidRDefault="002401D6">
            <w:r>
              <w:t>Motion: ___________________________</w:t>
            </w:r>
            <w:r>
              <w:br/>
              <w:t>Seconded by: _____________________</w:t>
            </w:r>
            <w:r>
              <w:br/>
              <w:t>Time adjourned: _____</w:t>
            </w:r>
            <w:r w:rsidR="00E74578">
              <w:t>12:51pm</w:t>
            </w:r>
            <w:r>
              <w:t>_____________</w:t>
            </w:r>
          </w:p>
        </w:tc>
      </w:tr>
      <w:tr w:rsidR="005E6EEC" w14:paraId="160C0E4B" w14:textId="77777777" w:rsidTr="00E74578">
        <w:tc>
          <w:tcPr>
            <w:tcW w:w="2898" w:type="dxa"/>
            <w:tcBorders>
              <w:top w:val="single" w:sz="24" w:space="0" w:color="auto"/>
              <w:bottom w:val="single" w:sz="24" w:space="0" w:color="auto"/>
            </w:tcBorders>
          </w:tcPr>
          <w:p w14:paraId="5A4D90FB" w14:textId="77777777" w:rsidR="005E6EEC" w:rsidRDefault="002401D6" w:rsidP="00D013C4">
            <w:pPr>
              <w:spacing w:line="240" w:lineRule="auto"/>
            </w:pPr>
            <w:r>
              <w:t>Secretary’s Certification</w:t>
            </w:r>
          </w:p>
        </w:tc>
        <w:tc>
          <w:tcPr>
            <w:tcW w:w="8100" w:type="dxa"/>
            <w:gridSpan w:val="11"/>
            <w:tcBorders>
              <w:top w:val="single" w:sz="24" w:space="0" w:color="auto"/>
              <w:bottom w:val="single" w:sz="24" w:space="0" w:color="auto"/>
            </w:tcBorders>
          </w:tcPr>
          <w:p w14:paraId="6CBFD2EF" w14:textId="7D12DBB8" w:rsidR="005E6EEC" w:rsidRDefault="002401D6" w:rsidP="001A4F99">
            <w:pPr>
              <w:spacing w:after="0"/>
            </w:pPr>
            <w:r>
              <w:t>I certify that the above minutes are a true and accu</w:t>
            </w:r>
            <w:r w:rsidR="00E74578">
              <w:t>ra</w:t>
            </w:r>
            <w:r>
              <w:t>te record of the proceedings.</w:t>
            </w:r>
            <w:r>
              <w:br/>
            </w:r>
            <w:r w:rsidR="001A4F99">
              <w:t>Secretary Signature: ___</w:t>
            </w:r>
            <w:r w:rsidR="00E74578">
              <w:t>Oneka Willabus</w:t>
            </w:r>
            <w:r w:rsidR="001A4F99">
              <w:t xml:space="preserve">___________ </w:t>
            </w:r>
            <w:r>
              <w:t>Date:</w:t>
            </w:r>
            <w:r w:rsidR="00E84346">
              <w:t xml:space="preserve"> </w:t>
            </w:r>
            <w:r w:rsidR="00E74578">
              <w:t>March 1</w:t>
            </w:r>
            <w:r w:rsidR="00E84346">
              <w:t>, 2026</w:t>
            </w:r>
            <w:r w:rsidR="001A4F99">
              <w:t>__</w:t>
            </w:r>
            <w:r>
              <w:t>____</w:t>
            </w:r>
          </w:p>
        </w:tc>
      </w:tr>
      <w:tr w:rsidR="00E74578" w14:paraId="541AEBE6" w14:textId="77777777" w:rsidTr="003C6F2A">
        <w:tc>
          <w:tcPr>
            <w:tcW w:w="2898" w:type="dxa"/>
            <w:tcBorders>
              <w:top w:val="single" w:sz="24" w:space="0" w:color="auto"/>
            </w:tcBorders>
          </w:tcPr>
          <w:p w14:paraId="0A868578" w14:textId="77777777" w:rsidR="00E74578" w:rsidRDefault="00E74578" w:rsidP="00D013C4">
            <w:pPr>
              <w:spacing w:line="240" w:lineRule="auto"/>
            </w:pPr>
          </w:p>
        </w:tc>
        <w:tc>
          <w:tcPr>
            <w:tcW w:w="8100" w:type="dxa"/>
            <w:gridSpan w:val="11"/>
            <w:tcBorders>
              <w:top w:val="single" w:sz="24" w:space="0" w:color="auto"/>
            </w:tcBorders>
          </w:tcPr>
          <w:p w14:paraId="65BB0E27" w14:textId="77777777" w:rsidR="00E74578" w:rsidRDefault="00E74578" w:rsidP="001A4F99">
            <w:pPr>
              <w:spacing w:after="0"/>
            </w:pPr>
          </w:p>
        </w:tc>
      </w:tr>
    </w:tbl>
    <w:p w14:paraId="678D0346" w14:textId="13BE39BC" w:rsidR="005E6EEC" w:rsidRDefault="002401D6">
      <w:r>
        <w:lastRenderedPageBreak/>
        <w:br/>
      </w:r>
    </w:p>
    <w:sectPr w:rsidR="005E6EEC" w:rsidSect="00DF044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20A73A5"/>
    <w:multiLevelType w:val="hybridMultilevel"/>
    <w:tmpl w:val="455C54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8897322">
    <w:abstractNumId w:val="8"/>
  </w:num>
  <w:num w:numId="2" w16cid:durableId="594872356">
    <w:abstractNumId w:val="6"/>
  </w:num>
  <w:num w:numId="3" w16cid:durableId="618070283">
    <w:abstractNumId w:val="5"/>
  </w:num>
  <w:num w:numId="4" w16cid:durableId="900747663">
    <w:abstractNumId w:val="4"/>
  </w:num>
  <w:num w:numId="5" w16cid:durableId="1172380472">
    <w:abstractNumId w:val="7"/>
  </w:num>
  <w:num w:numId="6" w16cid:durableId="1022977298">
    <w:abstractNumId w:val="3"/>
  </w:num>
  <w:num w:numId="7" w16cid:durableId="66080829">
    <w:abstractNumId w:val="2"/>
  </w:num>
  <w:num w:numId="8" w16cid:durableId="1482580666">
    <w:abstractNumId w:val="1"/>
  </w:num>
  <w:num w:numId="9" w16cid:durableId="7145054">
    <w:abstractNumId w:val="0"/>
  </w:num>
  <w:num w:numId="10" w16cid:durableId="4157134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55D4"/>
    <w:rsid w:val="00034616"/>
    <w:rsid w:val="0003586D"/>
    <w:rsid w:val="0006063C"/>
    <w:rsid w:val="000A2934"/>
    <w:rsid w:val="000C7A20"/>
    <w:rsid w:val="00102786"/>
    <w:rsid w:val="00125079"/>
    <w:rsid w:val="001305BC"/>
    <w:rsid w:val="00141157"/>
    <w:rsid w:val="0015074B"/>
    <w:rsid w:val="001779AB"/>
    <w:rsid w:val="001819F9"/>
    <w:rsid w:val="00187928"/>
    <w:rsid w:val="001A4F99"/>
    <w:rsid w:val="002401D6"/>
    <w:rsid w:val="0029639D"/>
    <w:rsid w:val="002B19E7"/>
    <w:rsid w:val="002B2C1A"/>
    <w:rsid w:val="00326F90"/>
    <w:rsid w:val="003935E5"/>
    <w:rsid w:val="003C6F2A"/>
    <w:rsid w:val="0041077D"/>
    <w:rsid w:val="00426DBE"/>
    <w:rsid w:val="004537D8"/>
    <w:rsid w:val="00460BB9"/>
    <w:rsid w:val="004F40F0"/>
    <w:rsid w:val="00510611"/>
    <w:rsid w:val="00514453"/>
    <w:rsid w:val="00522541"/>
    <w:rsid w:val="00537902"/>
    <w:rsid w:val="00573ED2"/>
    <w:rsid w:val="005E6EEC"/>
    <w:rsid w:val="00601768"/>
    <w:rsid w:val="0066233F"/>
    <w:rsid w:val="006A7062"/>
    <w:rsid w:val="006E1955"/>
    <w:rsid w:val="00712E81"/>
    <w:rsid w:val="00764DD2"/>
    <w:rsid w:val="00805663"/>
    <w:rsid w:val="00854074"/>
    <w:rsid w:val="00860770"/>
    <w:rsid w:val="008C7AE8"/>
    <w:rsid w:val="00A3258F"/>
    <w:rsid w:val="00A43B4E"/>
    <w:rsid w:val="00AA1D8D"/>
    <w:rsid w:val="00AF1F17"/>
    <w:rsid w:val="00B32E83"/>
    <w:rsid w:val="00B47730"/>
    <w:rsid w:val="00B5380B"/>
    <w:rsid w:val="00B96148"/>
    <w:rsid w:val="00C625CE"/>
    <w:rsid w:val="00CB0664"/>
    <w:rsid w:val="00D013C4"/>
    <w:rsid w:val="00D10A26"/>
    <w:rsid w:val="00D14C29"/>
    <w:rsid w:val="00D66D93"/>
    <w:rsid w:val="00D672F1"/>
    <w:rsid w:val="00D923F2"/>
    <w:rsid w:val="00DF0447"/>
    <w:rsid w:val="00E74578"/>
    <w:rsid w:val="00E84346"/>
    <w:rsid w:val="00E9440B"/>
    <w:rsid w:val="00EB641D"/>
    <w:rsid w:val="00EE54E9"/>
    <w:rsid w:val="00EE73D2"/>
    <w:rsid w:val="00F14831"/>
    <w:rsid w:val="00F360A2"/>
    <w:rsid w:val="00FA722F"/>
    <w:rsid w:val="00FB5DC4"/>
    <w:rsid w:val="00FC394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2E487C2"/>
  <w14:defaultImageDpi w14:val="300"/>
  <w15:docId w15:val="{59FDE705-EAB9-4D95-AF22-A8B988DF0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723</Words>
  <Characters>4124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4838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Oneka W</cp:lastModifiedBy>
  <cp:revision>22</cp:revision>
  <cp:lastPrinted>2025-08-25T02:31:00Z</cp:lastPrinted>
  <dcterms:created xsi:type="dcterms:W3CDTF">2026-02-14T17:00:00Z</dcterms:created>
  <dcterms:modified xsi:type="dcterms:W3CDTF">2026-03-02T04:09:00Z</dcterms:modified>
  <cp:category/>
</cp:coreProperties>
</file>